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69E0C" w14:textId="77777777" w:rsidR="00D7549E" w:rsidRPr="00754D88" w:rsidRDefault="002C74E9">
      <w:pPr>
        <w:jc w:val="center"/>
        <w:rPr>
          <w:lang w:val="ru-RU"/>
        </w:rPr>
      </w:pPr>
      <w:r w:rsidRPr="00754D88">
        <w:rPr>
          <w:b/>
          <w:sz w:val="28"/>
          <w:lang w:val="ru-RU"/>
        </w:rPr>
        <w:t>2023- 2024 оқу жылына арналған баланың жеке даму картасы</w:t>
      </w:r>
    </w:p>
    <w:p w14:paraId="6A19ED8D" w14:textId="77777777" w:rsidR="00D7549E" w:rsidRPr="00754D88" w:rsidRDefault="002C74E9">
      <w:pPr>
        <w:rPr>
          <w:lang w:val="ru-RU"/>
        </w:rPr>
      </w:pPr>
      <w:r w:rsidRPr="00754D88">
        <w:rPr>
          <w:b/>
          <w:sz w:val="24"/>
          <w:lang w:val="ru-RU"/>
        </w:rPr>
        <w:t>Баланың Т.А.Ә: ЕРЕЖЕП НҰРАЛИ</w:t>
      </w:r>
    </w:p>
    <w:p w14:paraId="7FBB2717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Баланың туған жылы, күні: 2021 ж. (Кіші топ)</w:t>
      </w:r>
    </w:p>
    <w:p w14:paraId="49D79AA3" w14:textId="6DE5118E" w:rsidR="00D7549E" w:rsidRPr="00545297" w:rsidRDefault="002C74E9">
      <w:pPr>
        <w:rPr>
          <w:lang w:val="ru-RU"/>
        </w:rPr>
      </w:pPr>
      <w:r w:rsidRPr="00545297">
        <w:rPr>
          <w:lang w:val="ru-RU"/>
        </w:rPr>
        <w:t>Білім беру ұйымы: «</w:t>
      </w:r>
      <w:r w:rsidR="00754D88">
        <w:rPr>
          <w:lang w:val="kk-KZ"/>
        </w:rPr>
        <w:t>Аружан</w:t>
      </w:r>
      <w:r w:rsidRPr="00545297">
        <w:rPr>
          <w:lang w:val="ru-RU"/>
        </w:rPr>
        <w:t>» балабақшасы</w:t>
      </w:r>
    </w:p>
    <w:p w14:paraId="6F542DAA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Топ: Кіші жас тобы «Ақбота»</w:t>
      </w:r>
    </w:p>
    <w:p w14:paraId="0B68B36B" w14:textId="77777777" w:rsidR="00D7549E" w:rsidRPr="00754D88" w:rsidRDefault="00D7549E">
      <w:pPr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70"/>
        <w:gridCol w:w="1728"/>
        <w:gridCol w:w="1728"/>
        <w:gridCol w:w="1728"/>
        <w:gridCol w:w="1728"/>
      </w:tblGrid>
      <w:tr w:rsidR="00D7549E" w14:paraId="3DF2070E" w14:textId="77777777">
        <w:trPr>
          <w:jc w:val="center"/>
        </w:trPr>
        <w:tc>
          <w:tcPr>
            <w:tcW w:w="1728" w:type="dxa"/>
          </w:tcPr>
          <w:p w14:paraId="4AB7CFA2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Құзыреттіліктер</w:t>
            </w:r>
          </w:p>
        </w:tc>
        <w:tc>
          <w:tcPr>
            <w:tcW w:w="1728" w:type="dxa"/>
          </w:tcPr>
          <w:p w14:paraId="08A569CC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728" w:type="dxa"/>
          </w:tcPr>
          <w:p w14:paraId="4CD878D2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1728" w:type="dxa"/>
          </w:tcPr>
          <w:p w14:paraId="279FF598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 бақылау нәтижелері бойынша дамыту, түзету іс-шаралары (маусым-шілде)</w:t>
            </w:r>
          </w:p>
        </w:tc>
        <w:tc>
          <w:tcPr>
            <w:tcW w:w="1728" w:type="dxa"/>
          </w:tcPr>
          <w:p w14:paraId="3E9D91E0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</w:t>
            </w:r>
            <w:r>
              <w:rPr>
                <w:b/>
                <w:sz w:val="19"/>
              </w:rPr>
              <w:br/>
              <w:t>(баланың даму деңгейі сәйкес келеді:</w:t>
            </w:r>
            <w:r>
              <w:rPr>
                <w:b/>
                <w:sz w:val="19"/>
              </w:rPr>
              <w:br/>
              <w:t>III деңгей – «жоғары»;</w:t>
            </w:r>
            <w:r>
              <w:rPr>
                <w:b/>
                <w:sz w:val="19"/>
              </w:rPr>
              <w:br/>
              <w:t>II деңгей – «орташа»;</w:t>
            </w:r>
            <w:r>
              <w:rPr>
                <w:b/>
                <w:sz w:val="19"/>
              </w:rPr>
              <w:br/>
              <w:t>I деңгей – «төмен»)</w:t>
            </w:r>
          </w:p>
        </w:tc>
      </w:tr>
      <w:tr w:rsidR="00D7549E" w14:paraId="3B273252" w14:textId="77777777">
        <w:trPr>
          <w:jc w:val="center"/>
        </w:trPr>
        <w:tc>
          <w:tcPr>
            <w:tcW w:w="1728" w:type="dxa"/>
          </w:tcPr>
          <w:p w14:paraId="09058546" w14:textId="77777777" w:rsidR="00D7549E" w:rsidRDefault="002C74E9">
            <w:r>
              <w:rPr>
                <w:sz w:val="18"/>
              </w:rPr>
              <w:t>Физикалық қасиеттері</w:t>
            </w:r>
          </w:p>
        </w:tc>
        <w:tc>
          <w:tcPr>
            <w:tcW w:w="1728" w:type="dxa"/>
          </w:tcPr>
          <w:p w14:paraId="33D67219" w14:textId="77777777" w:rsidR="00D7549E" w:rsidRDefault="002C74E9">
            <w:r>
              <w:rPr>
                <w:sz w:val="18"/>
              </w:rPr>
              <w:t>-Екі аяқтап басты затқа тигізе отырып, жоғары қарай 2-3 метр қашықтықта алға қарай жылжи отырып, тұрған жерінен ұзындыққа секіру дағдыларын қалыптастыру.</w:t>
            </w:r>
          </w:p>
        </w:tc>
        <w:tc>
          <w:tcPr>
            <w:tcW w:w="1728" w:type="dxa"/>
          </w:tcPr>
          <w:p w14:paraId="44E3EE3E" w14:textId="77777777" w:rsidR="00D7549E" w:rsidRDefault="002C74E9">
            <w:r>
              <w:rPr>
                <w:sz w:val="18"/>
              </w:rPr>
              <w:t>Гигиеналық шараларды орындау: жуыну, шашын тару, қолды сабынмен жуу, қол орамалды қолдану.</w:t>
            </w:r>
          </w:p>
        </w:tc>
        <w:tc>
          <w:tcPr>
            <w:tcW w:w="1728" w:type="dxa"/>
          </w:tcPr>
          <w:p w14:paraId="77378D19" w14:textId="77777777" w:rsidR="00D7549E" w:rsidRDefault="002C74E9">
            <w:r>
              <w:rPr>
                <w:sz w:val="18"/>
              </w:rPr>
              <w:t>Денешынықтыру құралдарын, спорттық және қимылды ойындар үшін атрибуттарды пайдалануға ынталандыру.</w:t>
            </w:r>
          </w:p>
        </w:tc>
        <w:tc>
          <w:tcPr>
            <w:tcW w:w="1728" w:type="dxa"/>
          </w:tcPr>
          <w:p w14:paraId="292CEA59" w14:textId="77777777" w:rsidR="00D7549E" w:rsidRDefault="002C74E9">
            <w:r>
              <w:rPr>
                <w:sz w:val="18"/>
              </w:rPr>
              <w:t>Денсаулық үшін гигиеналық шаралардың маңыздылығы туралы түсініктері қалыптасады.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жеке заттарын қолдану (бет орамал, сүлгі, тарақ).</w:t>
            </w:r>
          </w:p>
        </w:tc>
      </w:tr>
      <w:tr w:rsidR="00D7549E" w14:paraId="62702ED9" w14:textId="77777777">
        <w:trPr>
          <w:jc w:val="center"/>
        </w:trPr>
        <w:tc>
          <w:tcPr>
            <w:tcW w:w="1728" w:type="dxa"/>
          </w:tcPr>
          <w:p w14:paraId="69C25365" w14:textId="77777777" w:rsidR="00D7549E" w:rsidRDefault="002C74E9">
            <w:r>
              <w:rPr>
                <w:sz w:val="18"/>
              </w:rPr>
              <w:t>Коммуникативтік дағдылары</w:t>
            </w:r>
          </w:p>
        </w:tc>
        <w:tc>
          <w:tcPr>
            <w:tcW w:w="1728" w:type="dxa"/>
          </w:tcPr>
          <w:p w14:paraId="5F064133" w14:textId="77777777" w:rsidR="00D7549E" w:rsidRDefault="002C74E9">
            <w:r>
              <w:rPr>
                <w:sz w:val="18"/>
              </w:rPr>
              <w:t>- Суреттердегі, заттарды қарастыруда, тірі және өлі табиғат нысандарын бақылау кезінде байланыстырып сөйлеу;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 xml:space="preserve">- Шағын тақпақтар мен өлеңдерді жаттығуға үйрету. Жіңішке сөздерді ажыратуға </w:t>
            </w:r>
            <w:r>
              <w:rPr>
                <w:sz w:val="18"/>
              </w:rPr>
              <w:lastRenderedPageBreak/>
              <w:t>үйрету.</w:t>
            </w:r>
          </w:p>
        </w:tc>
        <w:tc>
          <w:tcPr>
            <w:tcW w:w="1728" w:type="dxa"/>
          </w:tcPr>
          <w:p w14:paraId="0E0036DE" w14:textId="77777777" w:rsidR="00D7549E" w:rsidRDefault="002C74E9">
            <w:r>
              <w:rPr>
                <w:sz w:val="18"/>
              </w:rPr>
              <w:lastRenderedPageBreak/>
              <w:t>Ертегілерді айтып беруге үйрету, сөздік қорын байыту.</w:t>
            </w:r>
          </w:p>
        </w:tc>
        <w:tc>
          <w:tcPr>
            <w:tcW w:w="1728" w:type="dxa"/>
          </w:tcPr>
          <w:p w14:paraId="3945A75C" w14:textId="77777777" w:rsidR="00D7549E" w:rsidRDefault="002C74E9">
            <w:r>
              <w:rPr>
                <w:sz w:val="18"/>
              </w:rPr>
              <w:t>Тілдік қарқынын өзгерту біліктерін бекіту. Артикуляциялық аппаратты одан әрі жетілдіру.</w:t>
            </w:r>
          </w:p>
        </w:tc>
        <w:tc>
          <w:tcPr>
            <w:tcW w:w="1728" w:type="dxa"/>
          </w:tcPr>
          <w:p w14:paraId="40323D8D" w14:textId="77777777" w:rsidR="00D7549E" w:rsidRDefault="002C74E9">
            <w:r>
              <w:rPr>
                <w:sz w:val="18"/>
              </w:rPr>
              <w:t>Әдеби кейіпкерлердің әрекеттеріне өзінің көзқарасын білдіре алады.</w:t>
            </w:r>
          </w:p>
        </w:tc>
      </w:tr>
      <w:tr w:rsidR="00D7549E" w14:paraId="1E0FA40D" w14:textId="77777777">
        <w:trPr>
          <w:jc w:val="center"/>
        </w:trPr>
        <w:tc>
          <w:tcPr>
            <w:tcW w:w="1728" w:type="dxa"/>
          </w:tcPr>
          <w:p w14:paraId="04C238DE" w14:textId="77777777" w:rsidR="00D7549E" w:rsidRDefault="002C74E9">
            <w:r>
              <w:rPr>
                <w:sz w:val="18"/>
              </w:rPr>
              <w:t>Танымдық және зияткерлік дағдылары</w:t>
            </w:r>
          </w:p>
        </w:tc>
        <w:tc>
          <w:tcPr>
            <w:tcW w:w="1728" w:type="dxa"/>
          </w:tcPr>
          <w:p w14:paraId="2A0C3DB2" w14:textId="77777777" w:rsidR="00D7549E" w:rsidRDefault="002C74E9">
            <w:r>
              <w:rPr>
                <w:sz w:val="18"/>
              </w:rPr>
              <w:t>- Бөлмедегі заттарды ажырату және олардың санын анықтау;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Өлшемдері қарама-қарсы және бірдей заттарды салыстыруға үйрету.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«Көп», «біреу», «бір-бірден», «бір де біреуі жоқ» ұғымдары туралы түсініктерін қалыптастыру.</w:t>
            </w:r>
          </w:p>
        </w:tc>
        <w:tc>
          <w:tcPr>
            <w:tcW w:w="1728" w:type="dxa"/>
          </w:tcPr>
          <w:p w14:paraId="32A78D1D" w14:textId="77777777" w:rsidR="00D7549E" w:rsidRDefault="002C74E9">
            <w:r>
              <w:rPr>
                <w:sz w:val="18"/>
              </w:rPr>
              <w:t>Командада жұмыс істей білуге үйрету, логикалық ойлауын дамыту.</w:t>
            </w:r>
          </w:p>
        </w:tc>
        <w:tc>
          <w:tcPr>
            <w:tcW w:w="1728" w:type="dxa"/>
          </w:tcPr>
          <w:p w14:paraId="60DD54E5" w14:textId="77777777" w:rsidR="00D7549E" w:rsidRDefault="002C74E9">
            <w:r>
              <w:rPr>
                <w:sz w:val="18"/>
              </w:rPr>
              <w:t>Қағаздан «оригами» үлгісі бойынша қарапайым пішіндер құрастыруға үйрету.</w:t>
            </w:r>
          </w:p>
        </w:tc>
        <w:tc>
          <w:tcPr>
            <w:tcW w:w="1728" w:type="dxa"/>
          </w:tcPr>
          <w:p w14:paraId="260EBA59" w14:textId="77777777" w:rsidR="00D7549E" w:rsidRDefault="002C74E9">
            <w:r>
              <w:rPr>
                <w:sz w:val="18"/>
              </w:rPr>
              <w:t>Тең және теңсіздік туралы ұғымдарды біледі, түстер мен пішіндерді ажыратады.</w:t>
            </w:r>
          </w:p>
        </w:tc>
      </w:tr>
      <w:tr w:rsidR="00D7549E" w14:paraId="13670074" w14:textId="77777777">
        <w:trPr>
          <w:jc w:val="center"/>
        </w:trPr>
        <w:tc>
          <w:tcPr>
            <w:tcW w:w="1728" w:type="dxa"/>
          </w:tcPr>
          <w:p w14:paraId="591557A5" w14:textId="77777777" w:rsidR="00D7549E" w:rsidRDefault="002C74E9">
            <w:r>
              <w:rPr>
                <w:sz w:val="18"/>
              </w:rPr>
              <w:t>Шығармашылық дағдыларының, зерттеу іс-әрекетінің дамуы</w:t>
            </w:r>
          </w:p>
        </w:tc>
        <w:tc>
          <w:tcPr>
            <w:tcW w:w="1728" w:type="dxa"/>
          </w:tcPr>
          <w:p w14:paraId="22D03560" w14:textId="77777777" w:rsidR="00D7549E" w:rsidRDefault="002C74E9">
            <w:r>
              <w:rPr>
                <w:sz w:val="18"/>
              </w:rPr>
              <w:t>Қылқаламмен бояуда оны бояуға ақырын батыруды, алынған артық бояуды құтының шетіне қылқаламды ақырын басып, ағызып жіберіп бояуды үйрету. Мүсіндеу және заттардың бейнесін жасау.</w:t>
            </w:r>
          </w:p>
        </w:tc>
        <w:tc>
          <w:tcPr>
            <w:tcW w:w="1728" w:type="dxa"/>
          </w:tcPr>
          <w:p w14:paraId="289C74F3" w14:textId="77777777" w:rsidR="00D7549E" w:rsidRDefault="002C74E9">
            <w:r>
              <w:rPr>
                <w:sz w:val="18"/>
              </w:rPr>
              <w:t>Қайшымен дұрыс жұмыс жасау дағдысын бекіту, шығармашылық қабілетін дамыту.</w:t>
            </w:r>
          </w:p>
        </w:tc>
        <w:tc>
          <w:tcPr>
            <w:tcW w:w="1728" w:type="dxa"/>
          </w:tcPr>
          <w:p w14:paraId="153F5649" w14:textId="77777777" w:rsidR="00D7549E" w:rsidRDefault="002C74E9">
            <w:r>
              <w:rPr>
                <w:sz w:val="18"/>
              </w:rPr>
              <w:t>Қоршаған ортадағы әсемдікті қабылдауға үйрету, өз бетінше сурет салу.</w:t>
            </w:r>
          </w:p>
        </w:tc>
        <w:tc>
          <w:tcPr>
            <w:tcW w:w="1728" w:type="dxa"/>
          </w:tcPr>
          <w:p w14:paraId="39DDF75A" w14:textId="77777777" w:rsidR="00D7549E" w:rsidRDefault="002C74E9">
            <w:r>
              <w:rPr>
                <w:sz w:val="18"/>
              </w:rPr>
              <w:t>Қайшымен дұрыс жұмыс жасай алады, көркемдік жұмыстарды ұқыпты орындайды.</w:t>
            </w:r>
          </w:p>
        </w:tc>
      </w:tr>
      <w:tr w:rsidR="00D7549E" w14:paraId="7C213B9C" w14:textId="77777777">
        <w:trPr>
          <w:jc w:val="center"/>
        </w:trPr>
        <w:tc>
          <w:tcPr>
            <w:tcW w:w="1728" w:type="dxa"/>
          </w:tcPr>
          <w:p w14:paraId="718923ED" w14:textId="77777777" w:rsidR="00D7549E" w:rsidRDefault="002C74E9">
            <w:r>
              <w:rPr>
                <w:sz w:val="18"/>
              </w:rPr>
              <w:t>Әлеуметтік-эмоционалды дағдыларды қалыптастыру</w:t>
            </w:r>
          </w:p>
        </w:tc>
        <w:tc>
          <w:tcPr>
            <w:tcW w:w="1728" w:type="dxa"/>
          </w:tcPr>
          <w:p w14:paraId="3534275F" w14:textId="77777777" w:rsidR="00D7549E" w:rsidRDefault="002C74E9">
            <w:r>
              <w:rPr>
                <w:sz w:val="18"/>
              </w:rPr>
              <w:t>Туған өлкенің кейбір өсімдіктері, көкөністері мен жемістері туралы түсініктерін қалыптастыру. Ағаштардың түрлерін танып, атауға үйрету.</w:t>
            </w:r>
          </w:p>
        </w:tc>
        <w:tc>
          <w:tcPr>
            <w:tcW w:w="1728" w:type="dxa"/>
          </w:tcPr>
          <w:p w14:paraId="2CD72D1F" w14:textId="77777777" w:rsidR="00D7549E" w:rsidRDefault="002C74E9">
            <w:r>
              <w:rPr>
                <w:sz w:val="18"/>
              </w:rPr>
              <w:t>Ересектердің еңбегі туралы білімдерін кеңейту, өзара сыйластыққа баулу.</w:t>
            </w:r>
          </w:p>
        </w:tc>
        <w:tc>
          <w:tcPr>
            <w:tcW w:w="1728" w:type="dxa"/>
          </w:tcPr>
          <w:p w14:paraId="55EACE49" w14:textId="77777777" w:rsidR="00D7549E" w:rsidRDefault="002C74E9">
            <w:r>
              <w:rPr>
                <w:sz w:val="18"/>
              </w:rPr>
              <w:t>Құрдастарымен сыпайы қарым-қатынас жасауға баулу, топпен ойнауды үйрету.</w:t>
            </w:r>
          </w:p>
        </w:tc>
        <w:tc>
          <w:tcPr>
            <w:tcW w:w="1728" w:type="dxa"/>
          </w:tcPr>
          <w:p w14:paraId="2BF8A00F" w14:textId="77777777" w:rsidR="00D7549E" w:rsidRDefault="002C74E9">
            <w:r>
              <w:rPr>
                <w:sz w:val="18"/>
              </w:rPr>
              <w:t>Еңбек адамдарына және олардың еңбектерінің нәтижесіне құрмет көрсетеді, II деңгей (орташа/жоғары).</w:t>
            </w:r>
          </w:p>
        </w:tc>
      </w:tr>
    </w:tbl>
    <w:p w14:paraId="21F8B98C" w14:textId="77777777" w:rsidR="00D7549E" w:rsidRDefault="002C74E9">
      <w:r>
        <w:br w:type="page"/>
      </w:r>
    </w:p>
    <w:p w14:paraId="5DF2FCA9" w14:textId="77777777" w:rsidR="00D7549E" w:rsidRPr="00754D88" w:rsidRDefault="002C74E9">
      <w:pPr>
        <w:jc w:val="center"/>
        <w:rPr>
          <w:lang w:val="ru-RU"/>
        </w:rPr>
      </w:pPr>
      <w:r w:rsidRPr="00754D88">
        <w:rPr>
          <w:b/>
          <w:sz w:val="28"/>
          <w:lang w:val="ru-RU"/>
        </w:rPr>
        <w:lastRenderedPageBreak/>
        <w:t>2023- 2024 оқу жылына арналған баланың жеке даму картасы</w:t>
      </w:r>
    </w:p>
    <w:p w14:paraId="4DD3C034" w14:textId="77777777" w:rsidR="00D7549E" w:rsidRPr="00754D88" w:rsidRDefault="002C74E9">
      <w:pPr>
        <w:rPr>
          <w:lang w:val="ru-RU"/>
        </w:rPr>
      </w:pPr>
      <w:r w:rsidRPr="00754D88">
        <w:rPr>
          <w:b/>
          <w:sz w:val="24"/>
          <w:lang w:val="ru-RU"/>
        </w:rPr>
        <w:t>Баланың Т.А.Ә: МАХМЕТОВА МАРИЯМ</w:t>
      </w:r>
    </w:p>
    <w:p w14:paraId="4F815871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Баланың туған жылы, күні: 2021 ж. (Кіші топ)</w:t>
      </w:r>
    </w:p>
    <w:p w14:paraId="302AC0D1" w14:textId="4BDE8890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Білім беру ұйымы: «А</w:t>
      </w:r>
      <w:r w:rsidR="00545297">
        <w:rPr>
          <w:lang w:val="ru-RU"/>
        </w:rPr>
        <w:t>ружан</w:t>
      </w:r>
      <w:r w:rsidRPr="00754D88">
        <w:rPr>
          <w:lang w:val="ru-RU"/>
        </w:rPr>
        <w:t>» балабақшасы</w:t>
      </w:r>
    </w:p>
    <w:p w14:paraId="7333DCA0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Топ: Кіші жас тобы «Ақбота»</w:t>
      </w:r>
    </w:p>
    <w:p w14:paraId="27A3EA00" w14:textId="77777777" w:rsidR="00D7549E" w:rsidRPr="00754D88" w:rsidRDefault="00D7549E">
      <w:pPr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70"/>
        <w:gridCol w:w="1728"/>
        <w:gridCol w:w="1728"/>
        <w:gridCol w:w="1728"/>
        <w:gridCol w:w="1728"/>
      </w:tblGrid>
      <w:tr w:rsidR="00D7549E" w14:paraId="5E958E04" w14:textId="77777777">
        <w:trPr>
          <w:jc w:val="center"/>
        </w:trPr>
        <w:tc>
          <w:tcPr>
            <w:tcW w:w="1728" w:type="dxa"/>
          </w:tcPr>
          <w:p w14:paraId="5654CFD9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Құзыреттіліктер</w:t>
            </w:r>
          </w:p>
        </w:tc>
        <w:tc>
          <w:tcPr>
            <w:tcW w:w="1728" w:type="dxa"/>
          </w:tcPr>
          <w:p w14:paraId="0EB6AD79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728" w:type="dxa"/>
          </w:tcPr>
          <w:p w14:paraId="1129B52E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1728" w:type="dxa"/>
          </w:tcPr>
          <w:p w14:paraId="08185E5C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 бақылау нәтижелері бойынша дамыту, түзету іс-шаралары (маусым-шілде)</w:t>
            </w:r>
          </w:p>
        </w:tc>
        <w:tc>
          <w:tcPr>
            <w:tcW w:w="1728" w:type="dxa"/>
          </w:tcPr>
          <w:p w14:paraId="29E8AF30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</w:t>
            </w:r>
            <w:r>
              <w:rPr>
                <w:b/>
                <w:sz w:val="19"/>
              </w:rPr>
              <w:br/>
              <w:t>(баланың даму деңгейі сәйкес келеді:</w:t>
            </w:r>
            <w:r>
              <w:rPr>
                <w:b/>
                <w:sz w:val="19"/>
              </w:rPr>
              <w:br/>
              <w:t>III деңгей – «жоғары»;</w:t>
            </w:r>
            <w:r>
              <w:rPr>
                <w:b/>
                <w:sz w:val="19"/>
              </w:rPr>
              <w:br/>
              <w:t>II деңгей – «орташа»;</w:t>
            </w:r>
            <w:r>
              <w:rPr>
                <w:b/>
                <w:sz w:val="19"/>
              </w:rPr>
              <w:br/>
              <w:t>I деңгей – «төмен»)</w:t>
            </w:r>
          </w:p>
        </w:tc>
      </w:tr>
      <w:tr w:rsidR="00D7549E" w14:paraId="73554BA9" w14:textId="77777777">
        <w:trPr>
          <w:jc w:val="center"/>
        </w:trPr>
        <w:tc>
          <w:tcPr>
            <w:tcW w:w="1728" w:type="dxa"/>
          </w:tcPr>
          <w:p w14:paraId="2A761788" w14:textId="77777777" w:rsidR="00D7549E" w:rsidRDefault="002C74E9">
            <w:r>
              <w:rPr>
                <w:sz w:val="18"/>
              </w:rPr>
              <w:t>Физикалық қасиеттері</w:t>
            </w:r>
          </w:p>
        </w:tc>
        <w:tc>
          <w:tcPr>
            <w:tcW w:w="1728" w:type="dxa"/>
          </w:tcPr>
          <w:p w14:paraId="0F717B59" w14:textId="77777777" w:rsidR="00D7549E" w:rsidRDefault="002C74E9">
            <w:r>
              <w:rPr>
                <w:sz w:val="18"/>
              </w:rPr>
              <w:t>-Екі аяқтап басты затқа тигізе отырып, жоғары қарай 2-3 метр қашықтықта алға қарай жылжи отырып, тұрған жерінен ұзындыққа секіру дағдыларын қалыптастыру.</w:t>
            </w:r>
          </w:p>
        </w:tc>
        <w:tc>
          <w:tcPr>
            <w:tcW w:w="1728" w:type="dxa"/>
          </w:tcPr>
          <w:p w14:paraId="0F95CEFD" w14:textId="77777777" w:rsidR="00D7549E" w:rsidRDefault="002C74E9">
            <w:r>
              <w:rPr>
                <w:sz w:val="18"/>
              </w:rPr>
              <w:t>Гигиеналық шараларды орындау: жуыну, шашын тару, қолды сабынмен жуу, қол орамалды қолдану.</w:t>
            </w:r>
          </w:p>
        </w:tc>
        <w:tc>
          <w:tcPr>
            <w:tcW w:w="1728" w:type="dxa"/>
          </w:tcPr>
          <w:p w14:paraId="01328898" w14:textId="77777777" w:rsidR="00D7549E" w:rsidRDefault="002C74E9">
            <w:r>
              <w:rPr>
                <w:sz w:val="18"/>
              </w:rPr>
              <w:t>Денешынықтыру құралдарын, спорттық және қимылды ойындар үшін атрибуттарды пайдалануға ынталандыру.</w:t>
            </w:r>
          </w:p>
        </w:tc>
        <w:tc>
          <w:tcPr>
            <w:tcW w:w="1728" w:type="dxa"/>
          </w:tcPr>
          <w:p w14:paraId="0AAEEA0B" w14:textId="77777777" w:rsidR="00D7549E" w:rsidRDefault="002C74E9">
            <w:r>
              <w:rPr>
                <w:sz w:val="18"/>
              </w:rPr>
              <w:t>Денсаулық үшін гигиеналық шаралардың маңыздылығы туралы түсініктері қалыптасады.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жеке заттарын қолдану (бет орамал, сүлгі, тарақ).</w:t>
            </w:r>
          </w:p>
        </w:tc>
      </w:tr>
      <w:tr w:rsidR="00D7549E" w14:paraId="3C8047AA" w14:textId="77777777">
        <w:trPr>
          <w:jc w:val="center"/>
        </w:trPr>
        <w:tc>
          <w:tcPr>
            <w:tcW w:w="1728" w:type="dxa"/>
          </w:tcPr>
          <w:p w14:paraId="2A44896B" w14:textId="77777777" w:rsidR="00D7549E" w:rsidRDefault="002C74E9">
            <w:r>
              <w:rPr>
                <w:sz w:val="18"/>
              </w:rPr>
              <w:t>Коммуникативтік дағдылары</w:t>
            </w:r>
          </w:p>
        </w:tc>
        <w:tc>
          <w:tcPr>
            <w:tcW w:w="1728" w:type="dxa"/>
          </w:tcPr>
          <w:p w14:paraId="2258A936" w14:textId="77777777" w:rsidR="00D7549E" w:rsidRDefault="002C74E9">
            <w:r>
              <w:rPr>
                <w:sz w:val="18"/>
              </w:rPr>
              <w:t>- Суреттердегі, заттарды қарастыруда, тірі және өлі табиғат нысандарын бақылау кезінде байланыстырып сөйлеу;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 xml:space="preserve">- Шағын тақпақтар мен өлеңдерді жаттығуға үйрету. Жіңішке сөздерді ажыратуға </w:t>
            </w:r>
            <w:r>
              <w:rPr>
                <w:sz w:val="18"/>
              </w:rPr>
              <w:lastRenderedPageBreak/>
              <w:t>үйрету.</w:t>
            </w:r>
          </w:p>
        </w:tc>
        <w:tc>
          <w:tcPr>
            <w:tcW w:w="1728" w:type="dxa"/>
          </w:tcPr>
          <w:p w14:paraId="3E604034" w14:textId="77777777" w:rsidR="00D7549E" w:rsidRDefault="002C74E9">
            <w:r>
              <w:rPr>
                <w:sz w:val="18"/>
              </w:rPr>
              <w:lastRenderedPageBreak/>
              <w:t>Ертегілерді айтып беруге үйрету, сөздік қорын байыту.</w:t>
            </w:r>
          </w:p>
        </w:tc>
        <w:tc>
          <w:tcPr>
            <w:tcW w:w="1728" w:type="dxa"/>
          </w:tcPr>
          <w:p w14:paraId="0D8BDE97" w14:textId="77777777" w:rsidR="00D7549E" w:rsidRDefault="002C74E9">
            <w:r>
              <w:rPr>
                <w:sz w:val="18"/>
              </w:rPr>
              <w:t>Тілдік қарқынын өзгерту біліктерін бекіту. Артикуляциялық аппаратты одан әрі жетілдіру.</w:t>
            </w:r>
          </w:p>
        </w:tc>
        <w:tc>
          <w:tcPr>
            <w:tcW w:w="1728" w:type="dxa"/>
          </w:tcPr>
          <w:p w14:paraId="49E6F636" w14:textId="77777777" w:rsidR="00D7549E" w:rsidRDefault="002C74E9">
            <w:r>
              <w:rPr>
                <w:sz w:val="18"/>
              </w:rPr>
              <w:t>Әдеби кейіпкерлердің әрекеттеріне өзінің көзқарасын білдіре алады.</w:t>
            </w:r>
          </w:p>
        </w:tc>
      </w:tr>
      <w:tr w:rsidR="00D7549E" w14:paraId="5844CA9B" w14:textId="77777777">
        <w:trPr>
          <w:jc w:val="center"/>
        </w:trPr>
        <w:tc>
          <w:tcPr>
            <w:tcW w:w="1728" w:type="dxa"/>
          </w:tcPr>
          <w:p w14:paraId="204A1AA1" w14:textId="77777777" w:rsidR="00D7549E" w:rsidRDefault="002C74E9">
            <w:r>
              <w:rPr>
                <w:sz w:val="18"/>
              </w:rPr>
              <w:t>Танымдық және зияткерлік дағдылары</w:t>
            </w:r>
          </w:p>
        </w:tc>
        <w:tc>
          <w:tcPr>
            <w:tcW w:w="1728" w:type="dxa"/>
          </w:tcPr>
          <w:p w14:paraId="55EC4C1B" w14:textId="77777777" w:rsidR="00D7549E" w:rsidRDefault="002C74E9">
            <w:r>
              <w:rPr>
                <w:sz w:val="18"/>
              </w:rPr>
              <w:t>- Бөлмедегі заттарды ажырату және олардың санын анықтау;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Өлшемдері қарама-қарсы және бірдей заттарды салыстыруға үйрету.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«Көп», «біреу», «бір-бірден», «бір де біреуі жоқ» ұғымдары туралы түсініктерін қалыптастыру.</w:t>
            </w:r>
          </w:p>
        </w:tc>
        <w:tc>
          <w:tcPr>
            <w:tcW w:w="1728" w:type="dxa"/>
          </w:tcPr>
          <w:p w14:paraId="65309BCC" w14:textId="77777777" w:rsidR="00D7549E" w:rsidRDefault="002C74E9">
            <w:r>
              <w:rPr>
                <w:sz w:val="18"/>
              </w:rPr>
              <w:t>Командада жұмыс істей білуге үйрету, логикалық ойлауын дамыту.</w:t>
            </w:r>
          </w:p>
        </w:tc>
        <w:tc>
          <w:tcPr>
            <w:tcW w:w="1728" w:type="dxa"/>
          </w:tcPr>
          <w:p w14:paraId="14D5C1D8" w14:textId="77777777" w:rsidR="00D7549E" w:rsidRDefault="002C74E9">
            <w:r>
              <w:rPr>
                <w:sz w:val="18"/>
              </w:rPr>
              <w:t>Қағаздан «оригами» үлгісі бойынша қарапайым пішіндер құрастыруға үйрету.</w:t>
            </w:r>
          </w:p>
        </w:tc>
        <w:tc>
          <w:tcPr>
            <w:tcW w:w="1728" w:type="dxa"/>
          </w:tcPr>
          <w:p w14:paraId="677A420D" w14:textId="77777777" w:rsidR="00D7549E" w:rsidRDefault="002C74E9">
            <w:r>
              <w:rPr>
                <w:sz w:val="18"/>
              </w:rPr>
              <w:t>Тең және теңсіздік туралы ұғымдарды біледі, түстер мен пішіндерді ажыратады.</w:t>
            </w:r>
          </w:p>
        </w:tc>
      </w:tr>
      <w:tr w:rsidR="00D7549E" w14:paraId="0B0FF4A7" w14:textId="77777777">
        <w:trPr>
          <w:jc w:val="center"/>
        </w:trPr>
        <w:tc>
          <w:tcPr>
            <w:tcW w:w="1728" w:type="dxa"/>
          </w:tcPr>
          <w:p w14:paraId="621D8D00" w14:textId="77777777" w:rsidR="00D7549E" w:rsidRDefault="002C74E9">
            <w:r>
              <w:rPr>
                <w:sz w:val="18"/>
              </w:rPr>
              <w:t>Шығармашылық дағдыларының, зерттеу іс-әрекетінің дамуы</w:t>
            </w:r>
          </w:p>
        </w:tc>
        <w:tc>
          <w:tcPr>
            <w:tcW w:w="1728" w:type="dxa"/>
          </w:tcPr>
          <w:p w14:paraId="22B71A09" w14:textId="77777777" w:rsidR="00D7549E" w:rsidRDefault="002C74E9">
            <w:r>
              <w:rPr>
                <w:sz w:val="18"/>
              </w:rPr>
              <w:t>Қылқаламмен бояуда оны бояуға ақырын батыруды, алынған артық бояуды құтының шетіне қылқаламды ақырын басып, ағызып жіберіп бояуды үйрету. Мүсіндеу және заттардың бейнесін жасау.</w:t>
            </w:r>
          </w:p>
        </w:tc>
        <w:tc>
          <w:tcPr>
            <w:tcW w:w="1728" w:type="dxa"/>
          </w:tcPr>
          <w:p w14:paraId="656E875C" w14:textId="77777777" w:rsidR="00D7549E" w:rsidRDefault="002C74E9">
            <w:r>
              <w:rPr>
                <w:sz w:val="18"/>
              </w:rPr>
              <w:t>Қайшымен дұрыс жұмыс жасау дағдысын бекіту, шығармашылық қабілетін дамыту.</w:t>
            </w:r>
          </w:p>
        </w:tc>
        <w:tc>
          <w:tcPr>
            <w:tcW w:w="1728" w:type="dxa"/>
          </w:tcPr>
          <w:p w14:paraId="5C4BC82F" w14:textId="77777777" w:rsidR="00D7549E" w:rsidRDefault="002C74E9">
            <w:r>
              <w:rPr>
                <w:sz w:val="18"/>
              </w:rPr>
              <w:t>Қоршаған ортадағы әсемдікті қабылдауға үйрету, өз бетінше сурет салу.</w:t>
            </w:r>
          </w:p>
        </w:tc>
        <w:tc>
          <w:tcPr>
            <w:tcW w:w="1728" w:type="dxa"/>
          </w:tcPr>
          <w:p w14:paraId="624BA543" w14:textId="77777777" w:rsidR="00D7549E" w:rsidRDefault="002C74E9">
            <w:r>
              <w:rPr>
                <w:sz w:val="18"/>
              </w:rPr>
              <w:t>Қайшымен дұрыс жұмыс жасай алады, көркемдік жұмыстарды ұқыпты орындайды.</w:t>
            </w:r>
          </w:p>
        </w:tc>
      </w:tr>
      <w:tr w:rsidR="00D7549E" w14:paraId="77D1CAE2" w14:textId="77777777">
        <w:trPr>
          <w:jc w:val="center"/>
        </w:trPr>
        <w:tc>
          <w:tcPr>
            <w:tcW w:w="1728" w:type="dxa"/>
          </w:tcPr>
          <w:p w14:paraId="7E296110" w14:textId="77777777" w:rsidR="00D7549E" w:rsidRDefault="002C74E9">
            <w:r>
              <w:rPr>
                <w:sz w:val="18"/>
              </w:rPr>
              <w:t>Әлеуметтік-эмоционалды дағдыларды қалыптастыру</w:t>
            </w:r>
          </w:p>
        </w:tc>
        <w:tc>
          <w:tcPr>
            <w:tcW w:w="1728" w:type="dxa"/>
          </w:tcPr>
          <w:p w14:paraId="147D9E13" w14:textId="77777777" w:rsidR="00D7549E" w:rsidRDefault="002C74E9">
            <w:r>
              <w:rPr>
                <w:sz w:val="18"/>
              </w:rPr>
              <w:t>Туған өлкенің кейбір өсімдіктері, көкөністері мен жемістері туралы түсініктерін қалыптастыру. Ағаштардың түрлерін танып, атауға үйрету.</w:t>
            </w:r>
          </w:p>
        </w:tc>
        <w:tc>
          <w:tcPr>
            <w:tcW w:w="1728" w:type="dxa"/>
          </w:tcPr>
          <w:p w14:paraId="3225EABD" w14:textId="77777777" w:rsidR="00D7549E" w:rsidRDefault="002C74E9">
            <w:r>
              <w:rPr>
                <w:sz w:val="18"/>
              </w:rPr>
              <w:t>Ересектердің еңбегі туралы білімдерін кеңейту, өзара сыйластыққа баулу.</w:t>
            </w:r>
          </w:p>
        </w:tc>
        <w:tc>
          <w:tcPr>
            <w:tcW w:w="1728" w:type="dxa"/>
          </w:tcPr>
          <w:p w14:paraId="73AB1219" w14:textId="77777777" w:rsidR="00D7549E" w:rsidRDefault="002C74E9">
            <w:r>
              <w:rPr>
                <w:sz w:val="18"/>
              </w:rPr>
              <w:t>Құрдастарымен сыпайы қарым-қатынас жасауға баулу, топпен ойнауды үйрету.</w:t>
            </w:r>
          </w:p>
        </w:tc>
        <w:tc>
          <w:tcPr>
            <w:tcW w:w="1728" w:type="dxa"/>
          </w:tcPr>
          <w:p w14:paraId="04E24731" w14:textId="77777777" w:rsidR="00D7549E" w:rsidRDefault="002C74E9">
            <w:r>
              <w:rPr>
                <w:sz w:val="18"/>
              </w:rPr>
              <w:t>Еңбек адамдарына және олардың еңбектерінің нәтижесіне құрмет көрсетеді, II деңгей (орташа/жоғары).</w:t>
            </w:r>
          </w:p>
        </w:tc>
      </w:tr>
    </w:tbl>
    <w:p w14:paraId="4661471F" w14:textId="77777777" w:rsidR="00D7549E" w:rsidRDefault="002C74E9">
      <w:r>
        <w:br w:type="page"/>
      </w:r>
    </w:p>
    <w:p w14:paraId="1CF25664" w14:textId="77777777" w:rsidR="00D7549E" w:rsidRPr="00754D88" w:rsidRDefault="002C74E9">
      <w:pPr>
        <w:jc w:val="center"/>
        <w:rPr>
          <w:lang w:val="ru-RU"/>
        </w:rPr>
      </w:pPr>
      <w:r w:rsidRPr="00754D88">
        <w:rPr>
          <w:b/>
          <w:sz w:val="28"/>
          <w:lang w:val="ru-RU"/>
        </w:rPr>
        <w:lastRenderedPageBreak/>
        <w:t>2023- 2024 оқу жылына арналған баланың жеке даму картасы</w:t>
      </w:r>
    </w:p>
    <w:p w14:paraId="17E903E9" w14:textId="77777777" w:rsidR="00D7549E" w:rsidRPr="00754D88" w:rsidRDefault="002C74E9">
      <w:pPr>
        <w:rPr>
          <w:lang w:val="ru-RU"/>
        </w:rPr>
      </w:pPr>
      <w:r w:rsidRPr="00754D88">
        <w:rPr>
          <w:b/>
          <w:sz w:val="24"/>
          <w:lang w:val="ru-RU"/>
        </w:rPr>
        <w:t>Баланың Т.А.Ә: НАУРЗБАЕВ АМИР</w:t>
      </w:r>
    </w:p>
    <w:p w14:paraId="6147C35B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Баланың туған жылы, күні: 2021 ж. (Кіші топ)</w:t>
      </w:r>
    </w:p>
    <w:p w14:paraId="191E5F5D" w14:textId="0BB395E9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Білім беру ұйымы: «А</w:t>
      </w:r>
      <w:r w:rsidR="00545297">
        <w:rPr>
          <w:lang w:val="ru-RU"/>
        </w:rPr>
        <w:t>ружан</w:t>
      </w:r>
      <w:r w:rsidRPr="00754D88">
        <w:rPr>
          <w:lang w:val="ru-RU"/>
        </w:rPr>
        <w:t>» балабақшасы</w:t>
      </w:r>
    </w:p>
    <w:p w14:paraId="3D3D3C71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Топ: Кіші жас тобы «Ақбота»</w:t>
      </w:r>
    </w:p>
    <w:p w14:paraId="714483BB" w14:textId="77777777" w:rsidR="00D7549E" w:rsidRPr="00754D88" w:rsidRDefault="00D7549E">
      <w:pPr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70"/>
        <w:gridCol w:w="1728"/>
        <w:gridCol w:w="1728"/>
        <w:gridCol w:w="1728"/>
        <w:gridCol w:w="1728"/>
      </w:tblGrid>
      <w:tr w:rsidR="00D7549E" w14:paraId="6F5016B6" w14:textId="77777777">
        <w:trPr>
          <w:jc w:val="center"/>
        </w:trPr>
        <w:tc>
          <w:tcPr>
            <w:tcW w:w="1728" w:type="dxa"/>
          </w:tcPr>
          <w:p w14:paraId="6C7E7E1D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Құзыреттіліктер</w:t>
            </w:r>
          </w:p>
        </w:tc>
        <w:tc>
          <w:tcPr>
            <w:tcW w:w="1728" w:type="dxa"/>
          </w:tcPr>
          <w:p w14:paraId="4BB90F01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728" w:type="dxa"/>
          </w:tcPr>
          <w:p w14:paraId="15816591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1728" w:type="dxa"/>
          </w:tcPr>
          <w:p w14:paraId="20223B1A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 бақылау нәтижелері бойынша дамыту, түзету іс-шаралары (маусым-шілде)</w:t>
            </w:r>
          </w:p>
        </w:tc>
        <w:tc>
          <w:tcPr>
            <w:tcW w:w="1728" w:type="dxa"/>
          </w:tcPr>
          <w:p w14:paraId="5C421C9A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</w:t>
            </w:r>
            <w:r>
              <w:rPr>
                <w:b/>
                <w:sz w:val="19"/>
              </w:rPr>
              <w:br/>
              <w:t>(баланың даму деңгейі сәйкес келеді:</w:t>
            </w:r>
            <w:r>
              <w:rPr>
                <w:b/>
                <w:sz w:val="19"/>
              </w:rPr>
              <w:br/>
              <w:t>III деңгей – «жоғары»;</w:t>
            </w:r>
            <w:r>
              <w:rPr>
                <w:b/>
                <w:sz w:val="19"/>
              </w:rPr>
              <w:br/>
              <w:t>II деңгей – «орташа»;</w:t>
            </w:r>
            <w:r>
              <w:rPr>
                <w:b/>
                <w:sz w:val="19"/>
              </w:rPr>
              <w:br/>
              <w:t>I деңгей – «төмен»)</w:t>
            </w:r>
          </w:p>
        </w:tc>
      </w:tr>
      <w:tr w:rsidR="00D7549E" w14:paraId="04A03E1E" w14:textId="77777777">
        <w:trPr>
          <w:jc w:val="center"/>
        </w:trPr>
        <w:tc>
          <w:tcPr>
            <w:tcW w:w="1728" w:type="dxa"/>
          </w:tcPr>
          <w:p w14:paraId="6E842AFE" w14:textId="77777777" w:rsidR="00D7549E" w:rsidRDefault="002C74E9">
            <w:r>
              <w:rPr>
                <w:sz w:val="18"/>
              </w:rPr>
              <w:t>Физикалық қасиеттері</w:t>
            </w:r>
          </w:p>
        </w:tc>
        <w:tc>
          <w:tcPr>
            <w:tcW w:w="1728" w:type="dxa"/>
          </w:tcPr>
          <w:p w14:paraId="5F723B3F" w14:textId="77777777" w:rsidR="00D7549E" w:rsidRDefault="002C74E9">
            <w:r>
              <w:rPr>
                <w:sz w:val="18"/>
              </w:rPr>
              <w:t>-Екі аяқтап басты затқа тигізе отырып, жоғары қарай 2-3 метр қашықтықта алға қарай жылжи отырып, тұрған жерінен ұзындыққа секіру дағдыларын қалыптастыру.</w:t>
            </w:r>
          </w:p>
        </w:tc>
        <w:tc>
          <w:tcPr>
            <w:tcW w:w="1728" w:type="dxa"/>
          </w:tcPr>
          <w:p w14:paraId="3C57CC29" w14:textId="77777777" w:rsidR="00D7549E" w:rsidRDefault="002C74E9">
            <w:r>
              <w:rPr>
                <w:sz w:val="18"/>
              </w:rPr>
              <w:t>Гигиеналық шараларды орындау: жуыну, шашын тару, қолды сабынмен жуу, қол орамалды қолдану.</w:t>
            </w:r>
          </w:p>
        </w:tc>
        <w:tc>
          <w:tcPr>
            <w:tcW w:w="1728" w:type="dxa"/>
          </w:tcPr>
          <w:p w14:paraId="0F40066E" w14:textId="77777777" w:rsidR="00D7549E" w:rsidRDefault="002C74E9">
            <w:r>
              <w:rPr>
                <w:sz w:val="18"/>
              </w:rPr>
              <w:t>Денешынықтыру құралдарын, спорттық және қимылды ойындар үшін атрибуттарды пайдалануға ынталандыру.</w:t>
            </w:r>
          </w:p>
        </w:tc>
        <w:tc>
          <w:tcPr>
            <w:tcW w:w="1728" w:type="dxa"/>
          </w:tcPr>
          <w:p w14:paraId="26437305" w14:textId="77777777" w:rsidR="00D7549E" w:rsidRDefault="002C74E9">
            <w:r>
              <w:rPr>
                <w:sz w:val="18"/>
              </w:rPr>
              <w:t>Денсаулық үшін гигиеналық шаралардың маңыздылығы туралы түсініктері қалыптасады.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жеке заттарын қолдану (бет орамал, сүлгі, тарақ).</w:t>
            </w:r>
          </w:p>
        </w:tc>
      </w:tr>
      <w:tr w:rsidR="00D7549E" w14:paraId="60EEF172" w14:textId="77777777">
        <w:trPr>
          <w:jc w:val="center"/>
        </w:trPr>
        <w:tc>
          <w:tcPr>
            <w:tcW w:w="1728" w:type="dxa"/>
          </w:tcPr>
          <w:p w14:paraId="127BBA53" w14:textId="77777777" w:rsidR="00D7549E" w:rsidRDefault="002C74E9">
            <w:r>
              <w:rPr>
                <w:sz w:val="18"/>
              </w:rPr>
              <w:t>Коммуникативтік дағдылары</w:t>
            </w:r>
          </w:p>
        </w:tc>
        <w:tc>
          <w:tcPr>
            <w:tcW w:w="1728" w:type="dxa"/>
          </w:tcPr>
          <w:p w14:paraId="2FA7C930" w14:textId="77777777" w:rsidR="00D7549E" w:rsidRDefault="002C74E9">
            <w:r>
              <w:rPr>
                <w:sz w:val="18"/>
              </w:rPr>
              <w:t>- Суреттердегі, заттарды қарастыруда, тірі және өлі табиғат нысандарын бақылау кезінде байланыстырып сөйлеу;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 xml:space="preserve">- Шағын тақпақтар мен өлеңдерді жаттығуға үйрету. Жіңішке сөздерді ажыратуға </w:t>
            </w:r>
            <w:r>
              <w:rPr>
                <w:sz w:val="18"/>
              </w:rPr>
              <w:lastRenderedPageBreak/>
              <w:t>үйрету.</w:t>
            </w:r>
          </w:p>
        </w:tc>
        <w:tc>
          <w:tcPr>
            <w:tcW w:w="1728" w:type="dxa"/>
          </w:tcPr>
          <w:p w14:paraId="52DDF168" w14:textId="77777777" w:rsidR="00D7549E" w:rsidRDefault="002C74E9">
            <w:r>
              <w:rPr>
                <w:sz w:val="18"/>
              </w:rPr>
              <w:lastRenderedPageBreak/>
              <w:t>Ертегілерді айтып беруге үйрету, сөздік қорын байыту.</w:t>
            </w:r>
          </w:p>
        </w:tc>
        <w:tc>
          <w:tcPr>
            <w:tcW w:w="1728" w:type="dxa"/>
          </w:tcPr>
          <w:p w14:paraId="2782FAC0" w14:textId="77777777" w:rsidR="00D7549E" w:rsidRDefault="002C74E9">
            <w:r>
              <w:rPr>
                <w:sz w:val="18"/>
              </w:rPr>
              <w:t>Тілдік қарқынын өзгерту біліктерін бекіту. Артикуляциялық аппаратты одан әрі жетілдіру.</w:t>
            </w:r>
          </w:p>
        </w:tc>
        <w:tc>
          <w:tcPr>
            <w:tcW w:w="1728" w:type="dxa"/>
          </w:tcPr>
          <w:p w14:paraId="66DA54AA" w14:textId="77777777" w:rsidR="00D7549E" w:rsidRDefault="002C74E9">
            <w:r>
              <w:rPr>
                <w:sz w:val="18"/>
              </w:rPr>
              <w:t>Әдеби кейіпкерлердің әрекеттеріне өзінің көзқарасын білдіре алады.</w:t>
            </w:r>
          </w:p>
        </w:tc>
      </w:tr>
      <w:tr w:rsidR="00D7549E" w14:paraId="7FC65B79" w14:textId="77777777">
        <w:trPr>
          <w:jc w:val="center"/>
        </w:trPr>
        <w:tc>
          <w:tcPr>
            <w:tcW w:w="1728" w:type="dxa"/>
          </w:tcPr>
          <w:p w14:paraId="49B18DA3" w14:textId="77777777" w:rsidR="00D7549E" w:rsidRDefault="002C74E9">
            <w:r>
              <w:rPr>
                <w:sz w:val="18"/>
              </w:rPr>
              <w:t>Танымдық және зияткерлік дағдылары</w:t>
            </w:r>
          </w:p>
        </w:tc>
        <w:tc>
          <w:tcPr>
            <w:tcW w:w="1728" w:type="dxa"/>
          </w:tcPr>
          <w:p w14:paraId="3B937D48" w14:textId="77777777" w:rsidR="00D7549E" w:rsidRDefault="002C74E9">
            <w:r>
              <w:rPr>
                <w:sz w:val="18"/>
              </w:rPr>
              <w:t>- Бөлмедегі заттарды ажырату және олардың санын анықтау;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Өлшемдері қарама-қарсы және бірдей заттарды салыстыруға үйрету.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«Көп», «біреу», «бір-бірден», «бір де біреуі жоқ» ұғымдары туралы түсініктерін қалыптастыру.</w:t>
            </w:r>
          </w:p>
        </w:tc>
        <w:tc>
          <w:tcPr>
            <w:tcW w:w="1728" w:type="dxa"/>
          </w:tcPr>
          <w:p w14:paraId="243A0F8B" w14:textId="77777777" w:rsidR="00D7549E" w:rsidRDefault="002C74E9">
            <w:r>
              <w:rPr>
                <w:sz w:val="18"/>
              </w:rPr>
              <w:t>Командада жұмыс істей білуге үйрету, логикалық ойлауын дамыту.</w:t>
            </w:r>
          </w:p>
        </w:tc>
        <w:tc>
          <w:tcPr>
            <w:tcW w:w="1728" w:type="dxa"/>
          </w:tcPr>
          <w:p w14:paraId="62731FE9" w14:textId="77777777" w:rsidR="00D7549E" w:rsidRDefault="002C74E9">
            <w:r>
              <w:rPr>
                <w:sz w:val="18"/>
              </w:rPr>
              <w:t>Қағаздан «оригами» үлгісі бойынша қарапайым пішіндер құрастыруға үйрету.</w:t>
            </w:r>
          </w:p>
        </w:tc>
        <w:tc>
          <w:tcPr>
            <w:tcW w:w="1728" w:type="dxa"/>
          </w:tcPr>
          <w:p w14:paraId="759C145E" w14:textId="77777777" w:rsidR="00D7549E" w:rsidRDefault="002C74E9">
            <w:r>
              <w:rPr>
                <w:sz w:val="18"/>
              </w:rPr>
              <w:t>Тең және теңсіздік туралы ұғымдарды біледі, түстер мен пішіндерді ажыратады.</w:t>
            </w:r>
          </w:p>
        </w:tc>
      </w:tr>
      <w:tr w:rsidR="00D7549E" w14:paraId="494DEABD" w14:textId="77777777">
        <w:trPr>
          <w:jc w:val="center"/>
        </w:trPr>
        <w:tc>
          <w:tcPr>
            <w:tcW w:w="1728" w:type="dxa"/>
          </w:tcPr>
          <w:p w14:paraId="77B01E93" w14:textId="77777777" w:rsidR="00D7549E" w:rsidRDefault="002C74E9">
            <w:r>
              <w:rPr>
                <w:sz w:val="18"/>
              </w:rPr>
              <w:t>Шығармашылық дағдыларының, зерттеу іс-әрекетінің дамуы</w:t>
            </w:r>
          </w:p>
        </w:tc>
        <w:tc>
          <w:tcPr>
            <w:tcW w:w="1728" w:type="dxa"/>
          </w:tcPr>
          <w:p w14:paraId="3A91E3B7" w14:textId="77777777" w:rsidR="00D7549E" w:rsidRDefault="002C74E9">
            <w:r>
              <w:rPr>
                <w:sz w:val="18"/>
              </w:rPr>
              <w:t>Қылқаламмен бояуда оны бояуға ақырын батыруды, алынған артық бояуды құтының шетіне қылқаламды ақырын басып, ағызып жіберіп бояуды үйрету. Мүсіндеу және заттардың бейнесін жасау.</w:t>
            </w:r>
          </w:p>
        </w:tc>
        <w:tc>
          <w:tcPr>
            <w:tcW w:w="1728" w:type="dxa"/>
          </w:tcPr>
          <w:p w14:paraId="09D9B621" w14:textId="77777777" w:rsidR="00D7549E" w:rsidRDefault="002C74E9">
            <w:r>
              <w:rPr>
                <w:sz w:val="18"/>
              </w:rPr>
              <w:t>Қайшымен дұрыс жұмыс жасау дағдысын бекіту, шығармашылық қабілетін дамыту.</w:t>
            </w:r>
          </w:p>
        </w:tc>
        <w:tc>
          <w:tcPr>
            <w:tcW w:w="1728" w:type="dxa"/>
          </w:tcPr>
          <w:p w14:paraId="002CD0E1" w14:textId="77777777" w:rsidR="00D7549E" w:rsidRDefault="002C74E9">
            <w:r>
              <w:rPr>
                <w:sz w:val="18"/>
              </w:rPr>
              <w:t>Қоршаған ортадағы әсемдікті қабылдауға үйрету, өз бетінше сурет салу.</w:t>
            </w:r>
          </w:p>
        </w:tc>
        <w:tc>
          <w:tcPr>
            <w:tcW w:w="1728" w:type="dxa"/>
          </w:tcPr>
          <w:p w14:paraId="525606C1" w14:textId="77777777" w:rsidR="00D7549E" w:rsidRDefault="002C74E9">
            <w:r>
              <w:rPr>
                <w:sz w:val="18"/>
              </w:rPr>
              <w:t>Қайшымен дұрыс жұмыс жасай алады, көркемдік жұмыстарды ұқыпты орындайды.</w:t>
            </w:r>
          </w:p>
        </w:tc>
      </w:tr>
      <w:tr w:rsidR="00D7549E" w14:paraId="0223F631" w14:textId="77777777">
        <w:trPr>
          <w:jc w:val="center"/>
        </w:trPr>
        <w:tc>
          <w:tcPr>
            <w:tcW w:w="1728" w:type="dxa"/>
          </w:tcPr>
          <w:p w14:paraId="4D33279B" w14:textId="77777777" w:rsidR="00D7549E" w:rsidRDefault="002C74E9">
            <w:r>
              <w:rPr>
                <w:sz w:val="18"/>
              </w:rPr>
              <w:t>Әлеуметтік-эмоционалды дағдыларды қалыптастыру</w:t>
            </w:r>
          </w:p>
        </w:tc>
        <w:tc>
          <w:tcPr>
            <w:tcW w:w="1728" w:type="dxa"/>
          </w:tcPr>
          <w:p w14:paraId="3E834212" w14:textId="77777777" w:rsidR="00D7549E" w:rsidRDefault="002C74E9">
            <w:r>
              <w:rPr>
                <w:sz w:val="18"/>
              </w:rPr>
              <w:t>Туған өлкенің кейбір өсімдіктері, көкөністері мен жемістері туралы түсініктерін қалыптастыру. Ағаштардың түрлерін танып, атауға үйрету.</w:t>
            </w:r>
          </w:p>
        </w:tc>
        <w:tc>
          <w:tcPr>
            <w:tcW w:w="1728" w:type="dxa"/>
          </w:tcPr>
          <w:p w14:paraId="4C8A816F" w14:textId="77777777" w:rsidR="00D7549E" w:rsidRDefault="002C74E9">
            <w:r>
              <w:rPr>
                <w:sz w:val="18"/>
              </w:rPr>
              <w:t>Ересектердің еңбегі туралы білімдерін кеңейту, өзара сыйластыққа баулу.</w:t>
            </w:r>
          </w:p>
        </w:tc>
        <w:tc>
          <w:tcPr>
            <w:tcW w:w="1728" w:type="dxa"/>
          </w:tcPr>
          <w:p w14:paraId="78945171" w14:textId="77777777" w:rsidR="00D7549E" w:rsidRDefault="002C74E9">
            <w:r>
              <w:rPr>
                <w:sz w:val="18"/>
              </w:rPr>
              <w:t>Құрдастарымен сыпайы қарым-қатынас жасауға баулу, топпен ойнауды үйрету.</w:t>
            </w:r>
          </w:p>
        </w:tc>
        <w:tc>
          <w:tcPr>
            <w:tcW w:w="1728" w:type="dxa"/>
          </w:tcPr>
          <w:p w14:paraId="6D055F3F" w14:textId="77777777" w:rsidR="00D7549E" w:rsidRDefault="002C74E9">
            <w:r>
              <w:rPr>
                <w:sz w:val="18"/>
              </w:rPr>
              <w:t>Еңбек адамдарына және олардың еңбектерінің нәтижесіне құрмет көрсетеді, II деңгей (орташа/жоғары).</w:t>
            </w:r>
          </w:p>
        </w:tc>
      </w:tr>
    </w:tbl>
    <w:p w14:paraId="38A8647B" w14:textId="77777777" w:rsidR="00D7549E" w:rsidRDefault="002C74E9">
      <w:r>
        <w:br w:type="page"/>
      </w:r>
    </w:p>
    <w:p w14:paraId="2F23A2BF" w14:textId="77777777" w:rsidR="00D7549E" w:rsidRPr="00754D88" w:rsidRDefault="002C74E9">
      <w:pPr>
        <w:jc w:val="center"/>
        <w:rPr>
          <w:lang w:val="ru-RU"/>
        </w:rPr>
      </w:pPr>
      <w:r w:rsidRPr="00754D88">
        <w:rPr>
          <w:b/>
          <w:sz w:val="28"/>
          <w:lang w:val="ru-RU"/>
        </w:rPr>
        <w:lastRenderedPageBreak/>
        <w:t>2023- 2024 оқу жылына арналған баланың жеке даму картасы</w:t>
      </w:r>
    </w:p>
    <w:p w14:paraId="05273EA0" w14:textId="77777777" w:rsidR="00D7549E" w:rsidRPr="00754D88" w:rsidRDefault="002C74E9">
      <w:pPr>
        <w:rPr>
          <w:lang w:val="ru-RU"/>
        </w:rPr>
      </w:pPr>
      <w:r w:rsidRPr="00754D88">
        <w:rPr>
          <w:b/>
          <w:sz w:val="24"/>
          <w:lang w:val="ru-RU"/>
        </w:rPr>
        <w:t>Баланың Т.А.Ә: БАЙШИНА ТОМИРИС</w:t>
      </w:r>
    </w:p>
    <w:p w14:paraId="4D9A2D4E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Баланың туған жылы, күні: 2021 ж. (Кіші топ)</w:t>
      </w:r>
    </w:p>
    <w:p w14:paraId="2EC8F77B" w14:textId="6D8D31B9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Білім беру ұйымы: «А</w:t>
      </w:r>
      <w:r w:rsidR="00545297">
        <w:rPr>
          <w:lang w:val="ru-RU"/>
        </w:rPr>
        <w:t>ружан</w:t>
      </w:r>
      <w:r w:rsidRPr="00754D88">
        <w:rPr>
          <w:lang w:val="ru-RU"/>
        </w:rPr>
        <w:t xml:space="preserve"> балабақшасы</w:t>
      </w:r>
    </w:p>
    <w:p w14:paraId="6ECB03F8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Топ: Кіші жас тобы «Ақбота»</w:t>
      </w:r>
    </w:p>
    <w:p w14:paraId="7D643C92" w14:textId="77777777" w:rsidR="00D7549E" w:rsidRPr="00754D88" w:rsidRDefault="00D7549E">
      <w:pPr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70"/>
        <w:gridCol w:w="1728"/>
        <w:gridCol w:w="1728"/>
        <w:gridCol w:w="1728"/>
        <w:gridCol w:w="1728"/>
      </w:tblGrid>
      <w:tr w:rsidR="00D7549E" w14:paraId="18ACB64F" w14:textId="77777777">
        <w:trPr>
          <w:jc w:val="center"/>
        </w:trPr>
        <w:tc>
          <w:tcPr>
            <w:tcW w:w="1728" w:type="dxa"/>
          </w:tcPr>
          <w:p w14:paraId="0974BA6F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Құзыреттіліктер</w:t>
            </w:r>
          </w:p>
        </w:tc>
        <w:tc>
          <w:tcPr>
            <w:tcW w:w="1728" w:type="dxa"/>
          </w:tcPr>
          <w:p w14:paraId="5E20DE82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728" w:type="dxa"/>
          </w:tcPr>
          <w:p w14:paraId="2E05052F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1728" w:type="dxa"/>
          </w:tcPr>
          <w:p w14:paraId="11A49B64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 бақылау нәтижелері бойынша дамыту, түзету іс-шаралары (маусым-шілде)</w:t>
            </w:r>
          </w:p>
        </w:tc>
        <w:tc>
          <w:tcPr>
            <w:tcW w:w="1728" w:type="dxa"/>
          </w:tcPr>
          <w:p w14:paraId="72EA1175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</w:t>
            </w:r>
            <w:r>
              <w:rPr>
                <w:b/>
                <w:sz w:val="19"/>
              </w:rPr>
              <w:br/>
              <w:t>(баланың даму деңгейі сәйкес келеді:</w:t>
            </w:r>
            <w:r>
              <w:rPr>
                <w:b/>
                <w:sz w:val="19"/>
              </w:rPr>
              <w:br/>
              <w:t>III деңгей – «жоғары»;</w:t>
            </w:r>
            <w:r>
              <w:rPr>
                <w:b/>
                <w:sz w:val="19"/>
              </w:rPr>
              <w:br/>
              <w:t>II деңгей – «орташа»;</w:t>
            </w:r>
            <w:r>
              <w:rPr>
                <w:b/>
                <w:sz w:val="19"/>
              </w:rPr>
              <w:br/>
              <w:t>I деңгей – «төмен»)</w:t>
            </w:r>
          </w:p>
        </w:tc>
      </w:tr>
      <w:tr w:rsidR="00D7549E" w14:paraId="2C691B11" w14:textId="77777777">
        <w:trPr>
          <w:jc w:val="center"/>
        </w:trPr>
        <w:tc>
          <w:tcPr>
            <w:tcW w:w="1728" w:type="dxa"/>
          </w:tcPr>
          <w:p w14:paraId="34DAB178" w14:textId="77777777" w:rsidR="00D7549E" w:rsidRDefault="002C74E9">
            <w:r>
              <w:rPr>
                <w:sz w:val="18"/>
              </w:rPr>
              <w:t>Физикалық қасиеттері</w:t>
            </w:r>
          </w:p>
        </w:tc>
        <w:tc>
          <w:tcPr>
            <w:tcW w:w="1728" w:type="dxa"/>
          </w:tcPr>
          <w:p w14:paraId="44D707FC" w14:textId="77777777" w:rsidR="00D7549E" w:rsidRDefault="002C74E9">
            <w:r>
              <w:rPr>
                <w:sz w:val="18"/>
              </w:rPr>
              <w:t>-Екі аяқтап басты затқа тигізе отырып, жоғары қарай 2-3 метр қашықтықта алға қарай жылжи отырып, тұрған жерінен ұзындыққа секіру дағдыларын қалыптастыру.</w:t>
            </w:r>
          </w:p>
        </w:tc>
        <w:tc>
          <w:tcPr>
            <w:tcW w:w="1728" w:type="dxa"/>
          </w:tcPr>
          <w:p w14:paraId="085A1BA7" w14:textId="77777777" w:rsidR="00D7549E" w:rsidRDefault="002C74E9">
            <w:r>
              <w:rPr>
                <w:sz w:val="18"/>
              </w:rPr>
              <w:t>Гигиеналық шараларды орындау: жуыну, шашын тару, қолды сабынмен жуу, қол орамалды қолдану.</w:t>
            </w:r>
          </w:p>
        </w:tc>
        <w:tc>
          <w:tcPr>
            <w:tcW w:w="1728" w:type="dxa"/>
          </w:tcPr>
          <w:p w14:paraId="03E385A0" w14:textId="77777777" w:rsidR="00D7549E" w:rsidRDefault="002C74E9">
            <w:r>
              <w:rPr>
                <w:sz w:val="18"/>
              </w:rPr>
              <w:t>Денешынықтыру құралдарын, спорттық және қимылды ойындар үшін атрибуттарды пайдалануға ынталандыру.</w:t>
            </w:r>
          </w:p>
        </w:tc>
        <w:tc>
          <w:tcPr>
            <w:tcW w:w="1728" w:type="dxa"/>
          </w:tcPr>
          <w:p w14:paraId="4A8A0831" w14:textId="77777777" w:rsidR="00D7549E" w:rsidRDefault="002C74E9">
            <w:r>
              <w:rPr>
                <w:sz w:val="18"/>
              </w:rPr>
              <w:t>Денсаулық үшін гигиеналық шаралардың маңыздылығы туралы түсініктері қалыптасады.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жеке заттарын қолдану (бет орамал, сүлгі, тарақ).</w:t>
            </w:r>
          </w:p>
        </w:tc>
      </w:tr>
      <w:tr w:rsidR="00D7549E" w14:paraId="0BAA0C33" w14:textId="77777777">
        <w:trPr>
          <w:jc w:val="center"/>
        </w:trPr>
        <w:tc>
          <w:tcPr>
            <w:tcW w:w="1728" w:type="dxa"/>
          </w:tcPr>
          <w:p w14:paraId="574017CB" w14:textId="77777777" w:rsidR="00D7549E" w:rsidRDefault="002C74E9">
            <w:r>
              <w:rPr>
                <w:sz w:val="18"/>
              </w:rPr>
              <w:t>Коммуникативтік дағдылары</w:t>
            </w:r>
          </w:p>
        </w:tc>
        <w:tc>
          <w:tcPr>
            <w:tcW w:w="1728" w:type="dxa"/>
          </w:tcPr>
          <w:p w14:paraId="50DD9E90" w14:textId="77777777" w:rsidR="00D7549E" w:rsidRDefault="002C74E9">
            <w:r>
              <w:rPr>
                <w:sz w:val="18"/>
              </w:rPr>
              <w:t>- Суреттердегі, заттарды қарастыруда, тірі және өлі табиғат нысандарын бақылау кезінде байланыстырып сөйлеу;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 xml:space="preserve">- Шағын тақпақтар мен өлеңдерді жаттығуға үйрету. Жіңішке сөздерді ажыратуға </w:t>
            </w:r>
            <w:r>
              <w:rPr>
                <w:sz w:val="18"/>
              </w:rPr>
              <w:lastRenderedPageBreak/>
              <w:t>үйрету.</w:t>
            </w:r>
          </w:p>
        </w:tc>
        <w:tc>
          <w:tcPr>
            <w:tcW w:w="1728" w:type="dxa"/>
          </w:tcPr>
          <w:p w14:paraId="6118CFA7" w14:textId="77777777" w:rsidR="00D7549E" w:rsidRDefault="002C74E9">
            <w:r>
              <w:rPr>
                <w:sz w:val="18"/>
              </w:rPr>
              <w:lastRenderedPageBreak/>
              <w:t>Ертегілерді айтып беруге үйрету, сөздік қорын байыту.</w:t>
            </w:r>
          </w:p>
        </w:tc>
        <w:tc>
          <w:tcPr>
            <w:tcW w:w="1728" w:type="dxa"/>
          </w:tcPr>
          <w:p w14:paraId="0FE3359A" w14:textId="77777777" w:rsidR="00D7549E" w:rsidRDefault="002C74E9">
            <w:r>
              <w:rPr>
                <w:sz w:val="18"/>
              </w:rPr>
              <w:t>Тілдік қарқынын өзгерту біліктерін бекіту. Артикуляциялық аппаратты одан әрі жетілдіру.</w:t>
            </w:r>
          </w:p>
        </w:tc>
        <w:tc>
          <w:tcPr>
            <w:tcW w:w="1728" w:type="dxa"/>
          </w:tcPr>
          <w:p w14:paraId="1A8C190F" w14:textId="77777777" w:rsidR="00D7549E" w:rsidRDefault="002C74E9">
            <w:r>
              <w:rPr>
                <w:sz w:val="18"/>
              </w:rPr>
              <w:t>Әдеби кейіпкерлердің әрекеттеріне өзінің көзқарасын білдіре алады.</w:t>
            </w:r>
          </w:p>
        </w:tc>
      </w:tr>
      <w:tr w:rsidR="00D7549E" w14:paraId="579E2731" w14:textId="77777777">
        <w:trPr>
          <w:jc w:val="center"/>
        </w:trPr>
        <w:tc>
          <w:tcPr>
            <w:tcW w:w="1728" w:type="dxa"/>
          </w:tcPr>
          <w:p w14:paraId="15A2B967" w14:textId="77777777" w:rsidR="00D7549E" w:rsidRDefault="002C74E9">
            <w:r>
              <w:rPr>
                <w:sz w:val="18"/>
              </w:rPr>
              <w:t>Танымдық және зияткерлік дағдылары</w:t>
            </w:r>
          </w:p>
        </w:tc>
        <w:tc>
          <w:tcPr>
            <w:tcW w:w="1728" w:type="dxa"/>
          </w:tcPr>
          <w:p w14:paraId="1EAF52BA" w14:textId="77777777" w:rsidR="00D7549E" w:rsidRDefault="002C74E9">
            <w:r>
              <w:rPr>
                <w:sz w:val="18"/>
              </w:rPr>
              <w:t>- Бөлмедегі заттарды ажырату және олардың санын анықтау;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Өлшемдері қарама-қарсы және бірдей заттарды салыстыруға үйрету.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«Көп», «біреу», «бір-бірден», «бір де біреуі жоқ» ұғымдары туралы түсініктерін қалыптастыру.</w:t>
            </w:r>
          </w:p>
        </w:tc>
        <w:tc>
          <w:tcPr>
            <w:tcW w:w="1728" w:type="dxa"/>
          </w:tcPr>
          <w:p w14:paraId="470566C9" w14:textId="77777777" w:rsidR="00D7549E" w:rsidRDefault="002C74E9">
            <w:r>
              <w:rPr>
                <w:sz w:val="18"/>
              </w:rPr>
              <w:t>Командада жұмыс істей білуге үйрету, логикалық ойлауын дамыту.</w:t>
            </w:r>
          </w:p>
        </w:tc>
        <w:tc>
          <w:tcPr>
            <w:tcW w:w="1728" w:type="dxa"/>
          </w:tcPr>
          <w:p w14:paraId="35451638" w14:textId="77777777" w:rsidR="00D7549E" w:rsidRDefault="002C74E9">
            <w:r>
              <w:rPr>
                <w:sz w:val="18"/>
              </w:rPr>
              <w:t>Қағаздан «оригами» үлгісі бойынша қарапайым пішіндер құрастыруға үйрету.</w:t>
            </w:r>
          </w:p>
        </w:tc>
        <w:tc>
          <w:tcPr>
            <w:tcW w:w="1728" w:type="dxa"/>
          </w:tcPr>
          <w:p w14:paraId="36723D15" w14:textId="77777777" w:rsidR="00D7549E" w:rsidRDefault="002C74E9">
            <w:r>
              <w:rPr>
                <w:sz w:val="18"/>
              </w:rPr>
              <w:t>Тең және теңсіздік туралы ұғымдарды біледі, түстер мен пішіндерді ажыратады.</w:t>
            </w:r>
          </w:p>
        </w:tc>
      </w:tr>
      <w:tr w:rsidR="00D7549E" w14:paraId="351DB957" w14:textId="77777777">
        <w:trPr>
          <w:jc w:val="center"/>
        </w:trPr>
        <w:tc>
          <w:tcPr>
            <w:tcW w:w="1728" w:type="dxa"/>
          </w:tcPr>
          <w:p w14:paraId="69527776" w14:textId="77777777" w:rsidR="00D7549E" w:rsidRDefault="002C74E9">
            <w:r>
              <w:rPr>
                <w:sz w:val="18"/>
              </w:rPr>
              <w:t>Шығармашылық дағдыларының, зерттеу іс-әрекетінің дамуы</w:t>
            </w:r>
          </w:p>
        </w:tc>
        <w:tc>
          <w:tcPr>
            <w:tcW w:w="1728" w:type="dxa"/>
          </w:tcPr>
          <w:p w14:paraId="1BBDE2F4" w14:textId="77777777" w:rsidR="00D7549E" w:rsidRDefault="002C74E9">
            <w:r>
              <w:rPr>
                <w:sz w:val="18"/>
              </w:rPr>
              <w:t>Қылқаламмен бояуда оны бояуға ақырын батыруды, алынған артық бояуды құтының шетіне қылқаламды ақырын басып, ағызып жіберіп бояуды үйрету. Мүсіндеу және заттардың бейнесін жасау.</w:t>
            </w:r>
          </w:p>
        </w:tc>
        <w:tc>
          <w:tcPr>
            <w:tcW w:w="1728" w:type="dxa"/>
          </w:tcPr>
          <w:p w14:paraId="5EB8727F" w14:textId="77777777" w:rsidR="00D7549E" w:rsidRDefault="002C74E9">
            <w:r>
              <w:rPr>
                <w:sz w:val="18"/>
              </w:rPr>
              <w:t>Қайшымен дұрыс жұмыс жасау дағдысын бекіту, шығармашылық қабілетін дамыту.</w:t>
            </w:r>
          </w:p>
        </w:tc>
        <w:tc>
          <w:tcPr>
            <w:tcW w:w="1728" w:type="dxa"/>
          </w:tcPr>
          <w:p w14:paraId="650D5364" w14:textId="77777777" w:rsidR="00D7549E" w:rsidRDefault="002C74E9">
            <w:r>
              <w:rPr>
                <w:sz w:val="18"/>
              </w:rPr>
              <w:t>Қоршаған ортадағы әсемдікті қабылдауға үйрету, өз бетінше сурет салу.</w:t>
            </w:r>
          </w:p>
        </w:tc>
        <w:tc>
          <w:tcPr>
            <w:tcW w:w="1728" w:type="dxa"/>
          </w:tcPr>
          <w:p w14:paraId="4B451AB0" w14:textId="77777777" w:rsidR="00D7549E" w:rsidRDefault="002C74E9">
            <w:r>
              <w:rPr>
                <w:sz w:val="18"/>
              </w:rPr>
              <w:t>Қайшымен дұрыс жұмыс жасай алады, көркемдік жұмыстарды ұқыпты орындайды.</w:t>
            </w:r>
          </w:p>
        </w:tc>
      </w:tr>
      <w:tr w:rsidR="00D7549E" w14:paraId="3D9FC487" w14:textId="77777777">
        <w:trPr>
          <w:jc w:val="center"/>
        </w:trPr>
        <w:tc>
          <w:tcPr>
            <w:tcW w:w="1728" w:type="dxa"/>
          </w:tcPr>
          <w:p w14:paraId="505C0B8E" w14:textId="77777777" w:rsidR="00D7549E" w:rsidRDefault="002C74E9">
            <w:r>
              <w:rPr>
                <w:sz w:val="18"/>
              </w:rPr>
              <w:t>Әлеуметтік-эмоционалды дағдыларды қалыптастыру</w:t>
            </w:r>
          </w:p>
        </w:tc>
        <w:tc>
          <w:tcPr>
            <w:tcW w:w="1728" w:type="dxa"/>
          </w:tcPr>
          <w:p w14:paraId="76343554" w14:textId="77777777" w:rsidR="00D7549E" w:rsidRDefault="002C74E9">
            <w:r>
              <w:rPr>
                <w:sz w:val="18"/>
              </w:rPr>
              <w:t>Туған өлкенің кейбір өсімдіктері, көкөністері мен жемістері туралы түсініктерін қалыптастыру. Ағаштардың түрлерін танып, атауға үйрету.</w:t>
            </w:r>
          </w:p>
        </w:tc>
        <w:tc>
          <w:tcPr>
            <w:tcW w:w="1728" w:type="dxa"/>
          </w:tcPr>
          <w:p w14:paraId="4BEEC330" w14:textId="77777777" w:rsidR="00D7549E" w:rsidRDefault="002C74E9">
            <w:r>
              <w:rPr>
                <w:sz w:val="18"/>
              </w:rPr>
              <w:t>Ересектердің еңбегі туралы білімдерін кеңейту, өзара сыйластыққа баулу.</w:t>
            </w:r>
          </w:p>
        </w:tc>
        <w:tc>
          <w:tcPr>
            <w:tcW w:w="1728" w:type="dxa"/>
          </w:tcPr>
          <w:p w14:paraId="21C2E307" w14:textId="77777777" w:rsidR="00D7549E" w:rsidRDefault="002C74E9">
            <w:r>
              <w:rPr>
                <w:sz w:val="18"/>
              </w:rPr>
              <w:t>Құрдастарымен сыпайы қарым-қатынас жасауға баулу, топпен ойнауды үйрету.</w:t>
            </w:r>
          </w:p>
        </w:tc>
        <w:tc>
          <w:tcPr>
            <w:tcW w:w="1728" w:type="dxa"/>
          </w:tcPr>
          <w:p w14:paraId="4C8C4E2C" w14:textId="77777777" w:rsidR="00D7549E" w:rsidRDefault="002C74E9">
            <w:r>
              <w:rPr>
                <w:sz w:val="18"/>
              </w:rPr>
              <w:t>Еңбек адамдарына және олардың еңбектерінің нәтижесіне құрмет көрсетеді, II деңгей (орташа/жоғары).</w:t>
            </w:r>
          </w:p>
        </w:tc>
      </w:tr>
    </w:tbl>
    <w:p w14:paraId="35434104" w14:textId="77777777" w:rsidR="00D7549E" w:rsidRDefault="002C74E9">
      <w:r>
        <w:br w:type="page"/>
      </w:r>
    </w:p>
    <w:p w14:paraId="7022055A" w14:textId="77777777" w:rsidR="00D7549E" w:rsidRPr="00754D88" w:rsidRDefault="002C74E9">
      <w:pPr>
        <w:jc w:val="center"/>
        <w:rPr>
          <w:lang w:val="ru-RU"/>
        </w:rPr>
      </w:pPr>
      <w:r w:rsidRPr="00754D88">
        <w:rPr>
          <w:b/>
          <w:sz w:val="28"/>
          <w:lang w:val="ru-RU"/>
        </w:rPr>
        <w:lastRenderedPageBreak/>
        <w:t>2023- 2024 оқу жылына арналған баланың жеке даму картасы</w:t>
      </w:r>
    </w:p>
    <w:p w14:paraId="643431CC" w14:textId="77777777" w:rsidR="00D7549E" w:rsidRPr="00754D88" w:rsidRDefault="002C74E9">
      <w:pPr>
        <w:rPr>
          <w:lang w:val="ru-RU"/>
        </w:rPr>
      </w:pPr>
      <w:r w:rsidRPr="00754D88">
        <w:rPr>
          <w:b/>
          <w:sz w:val="24"/>
          <w:lang w:val="ru-RU"/>
        </w:rPr>
        <w:t>Баланың Т.А.Ә: АНУАРБЕК ЯСИН</w:t>
      </w:r>
    </w:p>
    <w:p w14:paraId="416752B9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Баланың туған жылы, күні: 2021 ж. (Кіші топ)</w:t>
      </w:r>
    </w:p>
    <w:p w14:paraId="33DD6776" w14:textId="32F081ED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Білім беру ұйымы: «А</w:t>
      </w:r>
      <w:r w:rsidR="00545297">
        <w:rPr>
          <w:lang w:val="ru-RU"/>
        </w:rPr>
        <w:t>ружан</w:t>
      </w:r>
      <w:r w:rsidRPr="00754D88">
        <w:rPr>
          <w:lang w:val="ru-RU"/>
        </w:rPr>
        <w:t>» балабақшасы</w:t>
      </w:r>
    </w:p>
    <w:p w14:paraId="4FD6F50E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Топ: Кіші жас тобы «Ақбота»</w:t>
      </w:r>
    </w:p>
    <w:p w14:paraId="0483F61A" w14:textId="77777777" w:rsidR="00D7549E" w:rsidRPr="00754D88" w:rsidRDefault="00D7549E">
      <w:pPr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70"/>
        <w:gridCol w:w="1728"/>
        <w:gridCol w:w="1728"/>
        <w:gridCol w:w="1728"/>
        <w:gridCol w:w="1728"/>
      </w:tblGrid>
      <w:tr w:rsidR="00D7549E" w14:paraId="5A612EDE" w14:textId="77777777">
        <w:trPr>
          <w:jc w:val="center"/>
        </w:trPr>
        <w:tc>
          <w:tcPr>
            <w:tcW w:w="1728" w:type="dxa"/>
          </w:tcPr>
          <w:p w14:paraId="5584F905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Құзыреттіліктер</w:t>
            </w:r>
          </w:p>
        </w:tc>
        <w:tc>
          <w:tcPr>
            <w:tcW w:w="1728" w:type="dxa"/>
          </w:tcPr>
          <w:p w14:paraId="695209C8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728" w:type="dxa"/>
          </w:tcPr>
          <w:p w14:paraId="0B4E3D1D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1728" w:type="dxa"/>
          </w:tcPr>
          <w:p w14:paraId="538B33E3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 бақылау нәтижелері бойынша дамыту, түзету іс-шаралары (маусым-шілде)</w:t>
            </w:r>
          </w:p>
        </w:tc>
        <w:tc>
          <w:tcPr>
            <w:tcW w:w="1728" w:type="dxa"/>
          </w:tcPr>
          <w:p w14:paraId="1E5267B4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</w:t>
            </w:r>
            <w:r>
              <w:rPr>
                <w:b/>
                <w:sz w:val="19"/>
              </w:rPr>
              <w:br/>
              <w:t>(баланың даму деңгейі сәйкес келеді:</w:t>
            </w:r>
            <w:r>
              <w:rPr>
                <w:b/>
                <w:sz w:val="19"/>
              </w:rPr>
              <w:br/>
              <w:t>III деңгей – «жоғары»;</w:t>
            </w:r>
            <w:r>
              <w:rPr>
                <w:b/>
                <w:sz w:val="19"/>
              </w:rPr>
              <w:br/>
              <w:t>II деңгей – «орташа»;</w:t>
            </w:r>
            <w:r>
              <w:rPr>
                <w:b/>
                <w:sz w:val="19"/>
              </w:rPr>
              <w:br/>
              <w:t>I деңгей – «төмен»)</w:t>
            </w:r>
          </w:p>
        </w:tc>
      </w:tr>
      <w:tr w:rsidR="00D7549E" w14:paraId="4AF0EC16" w14:textId="77777777">
        <w:trPr>
          <w:jc w:val="center"/>
        </w:trPr>
        <w:tc>
          <w:tcPr>
            <w:tcW w:w="1728" w:type="dxa"/>
          </w:tcPr>
          <w:p w14:paraId="5D4FE99E" w14:textId="77777777" w:rsidR="00D7549E" w:rsidRDefault="002C74E9">
            <w:r>
              <w:rPr>
                <w:sz w:val="18"/>
              </w:rPr>
              <w:t>Физикалық қасиеттері</w:t>
            </w:r>
          </w:p>
        </w:tc>
        <w:tc>
          <w:tcPr>
            <w:tcW w:w="1728" w:type="dxa"/>
          </w:tcPr>
          <w:p w14:paraId="5DC22C9C" w14:textId="77777777" w:rsidR="00D7549E" w:rsidRDefault="002C74E9">
            <w:r>
              <w:rPr>
                <w:sz w:val="18"/>
              </w:rPr>
              <w:t>-Екі аяқтап басты затқа тигізе отырып, жоғары қарай 2-3 метр қашықтықта алға қарай жылжи отырып, тұрған жерінен ұзындыққа секіру дағдыларын қалыптастыру.</w:t>
            </w:r>
          </w:p>
        </w:tc>
        <w:tc>
          <w:tcPr>
            <w:tcW w:w="1728" w:type="dxa"/>
          </w:tcPr>
          <w:p w14:paraId="7D36512F" w14:textId="77777777" w:rsidR="00D7549E" w:rsidRDefault="002C74E9">
            <w:r>
              <w:rPr>
                <w:sz w:val="18"/>
              </w:rPr>
              <w:t>Гигиеналық шараларды орындау: жуыну, шашын тару, қолды сабынмен жуу, қол орамалды қолдану.</w:t>
            </w:r>
          </w:p>
        </w:tc>
        <w:tc>
          <w:tcPr>
            <w:tcW w:w="1728" w:type="dxa"/>
          </w:tcPr>
          <w:p w14:paraId="27D56339" w14:textId="77777777" w:rsidR="00D7549E" w:rsidRDefault="002C74E9">
            <w:r>
              <w:rPr>
                <w:sz w:val="18"/>
              </w:rPr>
              <w:t>Денешынықтыру құралдарын, спорттық және қимылды ойындар үшін атрибуттарды пайдалануға ынталандыру.</w:t>
            </w:r>
          </w:p>
        </w:tc>
        <w:tc>
          <w:tcPr>
            <w:tcW w:w="1728" w:type="dxa"/>
          </w:tcPr>
          <w:p w14:paraId="404C51F5" w14:textId="77777777" w:rsidR="00D7549E" w:rsidRDefault="002C74E9">
            <w:r>
              <w:rPr>
                <w:sz w:val="18"/>
              </w:rPr>
              <w:t>Денсаулық үшін гигиеналық шаралардың маңыздылығы туралы түсініктері қалыптасады.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жеке заттарын қолдану (бет орамал, сүлгі, тарақ).</w:t>
            </w:r>
          </w:p>
        </w:tc>
      </w:tr>
      <w:tr w:rsidR="00D7549E" w14:paraId="5A9D6DBB" w14:textId="77777777">
        <w:trPr>
          <w:jc w:val="center"/>
        </w:trPr>
        <w:tc>
          <w:tcPr>
            <w:tcW w:w="1728" w:type="dxa"/>
          </w:tcPr>
          <w:p w14:paraId="179DD7CB" w14:textId="77777777" w:rsidR="00D7549E" w:rsidRDefault="002C74E9">
            <w:r>
              <w:rPr>
                <w:sz w:val="18"/>
              </w:rPr>
              <w:t>Коммуникативтік дағдылары</w:t>
            </w:r>
          </w:p>
        </w:tc>
        <w:tc>
          <w:tcPr>
            <w:tcW w:w="1728" w:type="dxa"/>
          </w:tcPr>
          <w:p w14:paraId="1D6C4B62" w14:textId="77777777" w:rsidR="00D7549E" w:rsidRDefault="002C74E9">
            <w:r>
              <w:rPr>
                <w:sz w:val="18"/>
              </w:rPr>
              <w:t>- Суреттердегі, заттарды қарастыруда, тірі және өлі табиғат нысандарын бақылау кезінде байланыстырып сөйлеу;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 xml:space="preserve">- Шағын тақпақтар мен өлеңдерді жаттығуға үйрету. Жіңішке сөздерді ажыратуға </w:t>
            </w:r>
            <w:r>
              <w:rPr>
                <w:sz w:val="18"/>
              </w:rPr>
              <w:lastRenderedPageBreak/>
              <w:t>үйрету.</w:t>
            </w:r>
          </w:p>
        </w:tc>
        <w:tc>
          <w:tcPr>
            <w:tcW w:w="1728" w:type="dxa"/>
          </w:tcPr>
          <w:p w14:paraId="5E94B0C3" w14:textId="77777777" w:rsidR="00D7549E" w:rsidRDefault="002C74E9">
            <w:r>
              <w:rPr>
                <w:sz w:val="18"/>
              </w:rPr>
              <w:lastRenderedPageBreak/>
              <w:t>Ертегілерді айтып беруге үйрету, сөздік қорын байыту.</w:t>
            </w:r>
          </w:p>
        </w:tc>
        <w:tc>
          <w:tcPr>
            <w:tcW w:w="1728" w:type="dxa"/>
          </w:tcPr>
          <w:p w14:paraId="094E1198" w14:textId="77777777" w:rsidR="00D7549E" w:rsidRDefault="002C74E9">
            <w:r>
              <w:rPr>
                <w:sz w:val="18"/>
              </w:rPr>
              <w:t>Тілдік қарқынын өзгерту біліктерін бекіту. Артикуляциялық аппаратты одан әрі жетілдіру.</w:t>
            </w:r>
          </w:p>
        </w:tc>
        <w:tc>
          <w:tcPr>
            <w:tcW w:w="1728" w:type="dxa"/>
          </w:tcPr>
          <w:p w14:paraId="1305A526" w14:textId="77777777" w:rsidR="00D7549E" w:rsidRDefault="002C74E9">
            <w:r>
              <w:rPr>
                <w:sz w:val="18"/>
              </w:rPr>
              <w:t>Әдеби кейіпкерлердің әрекеттеріне өзінің көзқарасын білдіре алады.</w:t>
            </w:r>
          </w:p>
        </w:tc>
      </w:tr>
      <w:tr w:rsidR="00D7549E" w14:paraId="0B11E5A0" w14:textId="77777777">
        <w:trPr>
          <w:jc w:val="center"/>
        </w:trPr>
        <w:tc>
          <w:tcPr>
            <w:tcW w:w="1728" w:type="dxa"/>
          </w:tcPr>
          <w:p w14:paraId="64879159" w14:textId="77777777" w:rsidR="00D7549E" w:rsidRDefault="002C74E9">
            <w:r>
              <w:rPr>
                <w:sz w:val="18"/>
              </w:rPr>
              <w:t>Танымдық және зияткерлік дағдылары</w:t>
            </w:r>
          </w:p>
        </w:tc>
        <w:tc>
          <w:tcPr>
            <w:tcW w:w="1728" w:type="dxa"/>
          </w:tcPr>
          <w:p w14:paraId="3FDFEB2F" w14:textId="77777777" w:rsidR="00D7549E" w:rsidRDefault="002C74E9">
            <w:r>
              <w:rPr>
                <w:sz w:val="18"/>
              </w:rPr>
              <w:t>- Бөлмедегі заттарды ажырату және олардың санын анықтау;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Өлшемдері қарама-қарсы және бірдей заттарды салыстыруға үйрету.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«Көп», «біреу», «бір-бірден», «бір де біреуі жоқ» ұғымдары туралы түсініктерін қалыптастыру.</w:t>
            </w:r>
          </w:p>
        </w:tc>
        <w:tc>
          <w:tcPr>
            <w:tcW w:w="1728" w:type="dxa"/>
          </w:tcPr>
          <w:p w14:paraId="0C4E3A7A" w14:textId="77777777" w:rsidR="00D7549E" w:rsidRDefault="002C74E9">
            <w:r>
              <w:rPr>
                <w:sz w:val="18"/>
              </w:rPr>
              <w:t>Командада жұмыс істей білуге үйрету, логикалық ойлауын дамыту.</w:t>
            </w:r>
          </w:p>
        </w:tc>
        <w:tc>
          <w:tcPr>
            <w:tcW w:w="1728" w:type="dxa"/>
          </w:tcPr>
          <w:p w14:paraId="302609FA" w14:textId="77777777" w:rsidR="00D7549E" w:rsidRDefault="002C74E9">
            <w:r>
              <w:rPr>
                <w:sz w:val="18"/>
              </w:rPr>
              <w:t>Қағаздан «оригами» үлгісі бойынша қарапайым пішіндер құрастыруға үйрету.</w:t>
            </w:r>
          </w:p>
        </w:tc>
        <w:tc>
          <w:tcPr>
            <w:tcW w:w="1728" w:type="dxa"/>
          </w:tcPr>
          <w:p w14:paraId="3E598361" w14:textId="77777777" w:rsidR="00D7549E" w:rsidRDefault="002C74E9">
            <w:r>
              <w:rPr>
                <w:sz w:val="18"/>
              </w:rPr>
              <w:t>Тең және теңсіздік туралы ұғымдарды біледі, түстер мен пішіндерді ажыратады.</w:t>
            </w:r>
          </w:p>
        </w:tc>
      </w:tr>
      <w:tr w:rsidR="00D7549E" w14:paraId="7707CA08" w14:textId="77777777">
        <w:trPr>
          <w:jc w:val="center"/>
        </w:trPr>
        <w:tc>
          <w:tcPr>
            <w:tcW w:w="1728" w:type="dxa"/>
          </w:tcPr>
          <w:p w14:paraId="48A2E63E" w14:textId="77777777" w:rsidR="00D7549E" w:rsidRDefault="002C74E9">
            <w:r>
              <w:rPr>
                <w:sz w:val="18"/>
              </w:rPr>
              <w:t>Шығармашылық дағдыларының, зерттеу іс-әрекетінің дамуы</w:t>
            </w:r>
          </w:p>
        </w:tc>
        <w:tc>
          <w:tcPr>
            <w:tcW w:w="1728" w:type="dxa"/>
          </w:tcPr>
          <w:p w14:paraId="2C67BE6D" w14:textId="77777777" w:rsidR="00D7549E" w:rsidRDefault="002C74E9">
            <w:r>
              <w:rPr>
                <w:sz w:val="18"/>
              </w:rPr>
              <w:t>Қылқаламмен бояуда оны бояуға ақырын батыруды, алынған артық бояуды құтының шетіне қылқаламды ақырын басып, ағызып жіберіп бояуды үйрету. Мүсіндеу және заттардың бейнесін жасау.</w:t>
            </w:r>
          </w:p>
        </w:tc>
        <w:tc>
          <w:tcPr>
            <w:tcW w:w="1728" w:type="dxa"/>
          </w:tcPr>
          <w:p w14:paraId="230136A3" w14:textId="77777777" w:rsidR="00D7549E" w:rsidRDefault="002C74E9">
            <w:r>
              <w:rPr>
                <w:sz w:val="18"/>
              </w:rPr>
              <w:t>Қайшымен дұрыс жұмыс жасау дағдысын бекіту, шығармашылық қабілетін дамыту.</w:t>
            </w:r>
          </w:p>
        </w:tc>
        <w:tc>
          <w:tcPr>
            <w:tcW w:w="1728" w:type="dxa"/>
          </w:tcPr>
          <w:p w14:paraId="0099D94B" w14:textId="77777777" w:rsidR="00D7549E" w:rsidRDefault="002C74E9">
            <w:r>
              <w:rPr>
                <w:sz w:val="18"/>
              </w:rPr>
              <w:t>Қоршаған ортадағы әсемдікті қабылдауға үйрету, өз бетінше сурет салу.</w:t>
            </w:r>
          </w:p>
        </w:tc>
        <w:tc>
          <w:tcPr>
            <w:tcW w:w="1728" w:type="dxa"/>
          </w:tcPr>
          <w:p w14:paraId="2931D010" w14:textId="77777777" w:rsidR="00D7549E" w:rsidRDefault="002C74E9">
            <w:r>
              <w:rPr>
                <w:sz w:val="18"/>
              </w:rPr>
              <w:t>Қайшымен дұрыс жұмыс жасай алады, көркемдік жұмыстарды ұқыпты орындайды.</w:t>
            </w:r>
          </w:p>
        </w:tc>
      </w:tr>
      <w:tr w:rsidR="00D7549E" w14:paraId="549AC853" w14:textId="77777777">
        <w:trPr>
          <w:jc w:val="center"/>
        </w:trPr>
        <w:tc>
          <w:tcPr>
            <w:tcW w:w="1728" w:type="dxa"/>
          </w:tcPr>
          <w:p w14:paraId="00DE808C" w14:textId="77777777" w:rsidR="00D7549E" w:rsidRDefault="002C74E9">
            <w:r>
              <w:rPr>
                <w:sz w:val="18"/>
              </w:rPr>
              <w:t>Әлеуметтік-эмоционалды дағдыларды қалыптастыру</w:t>
            </w:r>
          </w:p>
        </w:tc>
        <w:tc>
          <w:tcPr>
            <w:tcW w:w="1728" w:type="dxa"/>
          </w:tcPr>
          <w:p w14:paraId="72F61874" w14:textId="77777777" w:rsidR="00D7549E" w:rsidRDefault="002C74E9">
            <w:r>
              <w:rPr>
                <w:sz w:val="18"/>
              </w:rPr>
              <w:t>Туған өлкенің кейбір өсімдіктері, көкөністері мен жемістері туралы түсініктерін қалыптастыру. Ағаштардың түрлерін танып, атауға үйрету.</w:t>
            </w:r>
          </w:p>
        </w:tc>
        <w:tc>
          <w:tcPr>
            <w:tcW w:w="1728" w:type="dxa"/>
          </w:tcPr>
          <w:p w14:paraId="661510AD" w14:textId="77777777" w:rsidR="00D7549E" w:rsidRDefault="002C74E9">
            <w:r>
              <w:rPr>
                <w:sz w:val="18"/>
              </w:rPr>
              <w:t>Ересектердің еңбегі туралы білімдерін кеңейту, өзара сыйластыққа баулу.</w:t>
            </w:r>
          </w:p>
        </w:tc>
        <w:tc>
          <w:tcPr>
            <w:tcW w:w="1728" w:type="dxa"/>
          </w:tcPr>
          <w:p w14:paraId="512DAFDD" w14:textId="77777777" w:rsidR="00D7549E" w:rsidRDefault="002C74E9">
            <w:r>
              <w:rPr>
                <w:sz w:val="18"/>
              </w:rPr>
              <w:t>Құрдастарымен сыпайы қарым-қатынас жасауға баулу, топпен ойнауды үйрету.</w:t>
            </w:r>
          </w:p>
        </w:tc>
        <w:tc>
          <w:tcPr>
            <w:tcW w:w="1728" w:type="dxa"/>
          </w:tcPr>
          <w:p w14:paraId="60C08427" w14:textId="77777777" w:rsidR="00D7549E" w:rsidRDefault="002C74E9">
            <w:r>
              <w:rPr>
                <w:sz w:val="18"/>
              </w:rPr>
              <w:t>Еңбек адамдарына және олардың еңбектерінің нәтижесіне құрмет көрсетеді, II деңгей (орташа/жоғары).</w:t>
            </w:r>
          </w:p>
        </w:tc>
      </w:tr>
    </w:tbl>
    <w:p w14:paraId="5103F12B" w14:textId="77777777" w:rsidR="00D7549E" w:rsidRDefault="002C74E9">
      <w:r>
        <w:br w:type="page"/>
      </w:r>
    </w:p>
    <w:p w14:paraId="1F47D05F" w14:textId="77777777" w:rsidR="00D7549E" w:rsidRPr="00754D88" w:rsidRDefault="002C74E9">
      <w:pPr>
        <w:jc w:val="center"/>
        <w:rPr>
          <w:lang w:val="ru-RU"/>
        </w:rPr>
      </w:pPr>
      <w:r w:rsidRPr="00754D88">
        <w:rPr>
          <w:b/>
          <w:sz w:val="28"/>
          <w:lang w:val="ru-RU"/>
        </w:rPr>
        <w:lastRenderedPageBreak/>
        <w:t>2023- 2024 оқу жылына арналған баланың жеке даму картасы</w:t>
      </w:r>
    </w:p>
    <w:p w14:paraId="21118682" w14:textId="77777777" w:rsidR="00D7549E" w:rsidRPr="00754D88" w:rsidRDefault="002C74E9">
      <w:pPr>
        <w:rPr>
          <w:lang w:val="ru-RU"/>
        </w:rPr>
      </w:pPr>
      <w:r w:rsidRPr="00754D88">
        <w:rPr>
          <w:b/>
          <w:sz w:val="24"/>
          <w:lang w:val="ru-RU"/>
        </w:rPr>
        <w:t>Баланың Т.А.Ә: БОЗАНОВ РАУАН</w:t>
      </w:r>
    </w:p>
    <w:p w14:paraId="3861F355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Баланың туған жылы, күні: 2021 ж. (Кіші топ)</w:t>
      </w:r>
    </w:p>
    <w:p w14:paraId="20C0D002" w14:textId="4263F1E1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Білім беру ұйымы: «А</w:t>
      </w:r>
      <w:r w:rsidR="00545297">
        <w:rPr>
          <w:lang w:val="ru-RU"/>
        </w:rPr>
        <w:t>ружан</w:t>
      </w:r>
      <w:r w:rsidRPr="00754D88">
        <w:rPr>
          <w:lang w:val="ru-RU"/>
        </w:rPr>
        <w:t>» балабақшасы</w:t>
      </w:r>
    </w:p>
    <w:p w14:paraId="1FF8A52F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Топ: Кіші жас тобы «Ақбота»</w:t>
      </w:r>
    </w:p>
    <w:p w14:paraId="20E5C85A" w14:textId="77777777" w:rsidR="00D7549E" w:rsidRPr="00754D88" w:rsidRDefault="00D7549E">
      <w:pPr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70"/>
        <w:gridCol w:w="1728"/>
        <w:gridCol w:w="1728"/>
        <w:gridCol w:w="1728"/>
        <w:gridCol w:w="1728"/>
      </w:tblGrid>
      <w:tr w:rsidR="00D7549E" w14:paraId="34FEEFE2" w14:textId="77777777">
        <w:trPr>
          <w:jc w:val="center"/>
        </w:trPr>
        <w:tc>
          <w:tcPr>
            <w:tcW w:w="1728" w:type="dxa"/>
          </w:tcPr>
          <w:p w14:paraId="2A43FB17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Құзыреттіліктер</w:t>
            </w:r>
          </w:p>
        </w:tc>
        <w:tc>
          <w:tcPr>
            <w:tcW w:w="1728" w:type="dxa"/>
          </w:tcPr>
          <w:p w14:paraId="0D046565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728" w:type="dxa"/>
          </w:tcPr>
          <w:p w14:paraId="7CB28477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1728" w:type="dxa"/>
          </w:tcPr>
          <w:p w14:paraId="6790D2F2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 бақылау нәтижелері бойынша дамыту, түзету іс-шаралары (маусым-шілде)</w:t>
            </w:r>
          </w:p>
        </w:tc>
        <w:tc>
          <w:tcPr>
            <w:tcW w:w="1728" w:type="dxa"/>
          </w:tcPr>
          <w:p w14:paraId="39F988B9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</w:t>
            </w:r>
            <w:r>
              <w:rPr>
                <w:b/>
                <w:sz w:val="19"/>
              </w:rPr>
              <w:br/>
              <w:t>(баланың даму деңгейі сәйкес келеді:</w:t>
            </w:r>
            <w:r>
              <w:rPr>
                <w:b/>
                <w:sz w:val="19"/>
              </w:rPr>
              <w:br/>
              <w:t>III деңгей – «жоғары»;</w:t>
            </w:r>
            <w:r>
              <w:rPr>
                <w:b/>
                <w:sz w:val="19"/>
              </w:rPr>
              <w:br/>
              <w:t>II деңгей – «орташа»;</w:t>
            </w:r>
            <w:r>
              <w:rPr>
                <w:b/>
                <w:sz w:val="19"/>
              </w:rPr>
              <w:br/>
              <w:t>I деңгей – «төмен»)</w:t>
            </w:r>
          </w:p>
        </w:tc>
      </w:tr>
      <w:tr w:rsidR="00D7549E" w14:paraId="5EDB7567" w14:textId="77777777">
        <w:trPr>
          <w:jc w:val="center"/>
        </w:trPr>
        <w:tc>
          <w:tcPr>
            <w:tcW w:w="1728" w:type="dxa"/>
          </w:tcPr>
          <w:p w14:paraId="3345804D" w14:textId="77777777" w:rsidR="00D7549E" w:rsidRDefault="002C74E9">
            <w:r>
              <w:rPr>
                <w:sz w:val="18"/>
              </w:rPr>
              <w:t>Физикалық қасиеттері</w:t>
            </w:r>
          </w:p>
        </w:tc>
        <w:tc>
          <w:tcPr>
            <w:tcW w:w="1728" w:type="dxa"/>
          </w:tcPr>
          <w:p w14:paraId="0C57E397" w14:textId="77777777" w:rsidR="00D7549E" w:rsidRDefault="002C74E9">
            <w:r>
              <w:rPr>
                <w:sz w:val="18"/>
              </w:rPr>
              <w:t>-Екі аяқтап басты затқа тигізе отырып, жоғары қарай 2-3 метр қашықтықта алға қарай жылжи отырып, тұрған жерінен ұзындыққа секіру дағдыларын қалыптастыру.</w:t>
            </w:r>
          </w:p>
        </w:tc>
        <w:tc>
          <w:tcPr>
            <w:tcW w:w="1728" w:type="dxa"/>
          </w:tcPr>
          <w:p w14:paraId="22C2D4A0" w14:textId="77777777" w:rsidR="00D7549E" w:rsidRDefault="002C74E9">
            <w:r>
              <w:rPr>
                <w:sz w:val="18"/>
              </w:rPr>
              <w:t>Гигиеналық шараларды орындау: жуыну, шашын тару, қолды сабынмен жуу, қол орамалды қолдану.</w:t>
            </w:r>
          </w:p>
        </w:tc>
        <w:tc>
          <w:tcPr>
            <w:tcW w:w="1728" w:type="dxa"/>
          </w:tcPr>
          <w:p w14:paraId="2763BD84" w14:textId="77777777" w:rsidR="00D7549E" w:rsidRDefault="002C74E9">
            <w:r>
              <w:rPr>
                <w:sz w:val="18"/>
              </w:rPr>
              <w:t>Денешынықтыру құралдарын, спорттық және қимылды ойындар үшін атрибуттарды пайдалануға ынталандыру.</w:t>
            </w:r>
          </w:p>
        </w:tc>
        <w:tc>
          <w:tcPr>
            <w:tcW w:w="1728" w:type="dxa"/>
          </w:tcPr>
          <w:p w14:paraId="386A3E0E" w14:textId="77777777" w:rsidR="00D7549E" w:rsidRDefault="002C74E9">
            <w:r>
              <w:rPr>
                <w:sz w:val="18"/>
              </w:rPr>
              <w:t>Денсаулық үшін гигиеналық шаралардың маңыздылығы туралы түсініктері қалыптасады.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жеке заттарын қолдану (бет орамал, сүлгі, тарақ).</w:t>
            </w:r>
          </w:p>
        </w:tc>
      </w:tr>
      <w:tr w:rsidR="00D7549E" w14:paraId="461A8A05" w14:textId="77777777">
        <w:trPr>
          <w:jc w:val="center"/>
        </w:trPr>
        <w:tc>
          <w:tcPr>
            <w:tcW w:w="1728" w:type="dxa"/>
          </w:tcPr>
          <w:p w14:paraId="2433D3DA" w14:textId="77777777" w:rsidR="00D7549E" w:rsidRDefault="002C74E9">
            <w:r>
              <w:rPr>
                <w:sz w:val="18"/>
              </w:rPr>
              <w:t>Коммуникативтік дағдылары</w:t>
            </w:r>
          </w:p>
        </w:tc>
        <w:tc>
          <w:tcPr>
            <w:tcW w:w="1728" w:type="dxa"/>
          </w:tcPr>
          <w:p w14:paraId="73530718" w14:textId="77777777" w:rsidR="00D7549E" w:rsidRDefault="002C74E9">
            <w:r>
              <w:rPr>
                <w:sz w:val="18"/>
              </w:rPr>
              <w:t>- Суреттердегі, заттарды қарастыруда, тірі және өлі табиғат нысандарын бақылау кезінде байланыстырып сөйлеу;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 xml:space="preserve">- Шағын тақпақтар мен өлеңдерді жаттығуға үйрету. Жіңішке сөздерді ажыратуға </w:t>
            </w:r>
            <w:r>
              <w:rPr>
                <w:sz w:val="18"/>
              </w:rPr>
              <w:lastRenderedPageBreak/>
              <w:t>үйрету.</w:t>
            </w:r>
          </w:p>
        </w:tc>
        <w:tc>
          <w:tcPr>
            <w:tcW w:w="1728" w:type="dxa"/>
          </w:tcPr>
          <w:p w14:paraId="534406B3" w14:textId="77777777" w:rsidR="00D7549E" w:rsidRDefault="002C74E9">
            <w:r>
              <w:rPr>
                <w:sz w:val="18"/>
              </w:rPr>
              <w:lastRenderedPageBreak/>
              <w:t>Ертегілерді айтып беруге үйрету, сөздік қорын байыту.</w:t>
            </w:r>
          </w:p>
        </w:tc>
        <w:tc>
          <w:tcPr>
            <w:tcW w:w="1728" w:type="dxa"/>
          </w:tcPr>
          <w:p w14:paraId="73C1D8EA" w14:textId="77777777" w:rsidR="00D7549E" w:rsidRDefault="002C74E9">
            <w:r>
              <w:rPr>
                <w:sz w:val="18"/>
              </w:rPr>
              <w:t>Тілдік қарқынын өзгерту біліктерін бекіту. Артикуляциялық аппаратты одан әрі жетілдіру.</w:t>
            </w:r>
          </w:p>
        </w:tc>
        <w:tc>
          <w:tcPr>
            <w:tcW w:w="1728" w:type="dxa"/>
          </w:tcPr>
          <w:p w14:paraId="6EAB8BAE" w14:textId="77777777" w:rsidR="00D7549E" w:rsidRDefault="002C74E9">
            <w:r>
              <w:rPr>
                <w:sz w:val="18"/>
              </w:rPr>
              <w:t>Әдеби кейіпкерлердің әрекеттеріне өзінің көзқарасын білдіре алады.</w:t>
            </w:r>
          </w:p>
        </w:tc>
      </w:tr>
      <w:tr w:rsidR="00D7549E" w14:paraId="5236A2A3" w14:textId="77777777">
        <w:trPr>
          <w:jc w:val="center"/>
        </w:trPr>
        <w:tc>
          <w:tcPr>
            <w:tcW w:w="1728" w:type="dxa"/>
          </w:tcPr>
          <w:p w14:paraId="032DCCBE" w14:textId="77777777" w:rsidR="00D7549E" w:rsidRDefault="002C74E9">
            <w:r>
              <w:rPr>
                <w:sz w:val="18"/>
              </w:rPr>
              <w:t>Танымдық және зияткерлік дағдылары</w:t>
            </w:r>
          </w:p>
        </w:tc>
        <w:tc>
          <w:tcPr>
            <w:tcW w:w="1728" w:type="dxa"/>
          </w:tcPr>
          <w:p w14:paraId="0F145038" w14:textId="77777777" w:rsidR="00D7549E" w:rsidRDefault="002C74E9">
            <w:r>
              <w:rPr>
                <w:sz w:val="18"/>
              </w:rPr>
              <w:t>- Бөлмедегі заттарды ажырату және олардың санын анықтау;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Өлшемдері қарама-қарсы және бірдей заттарды салыстыруға үйрету.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«Көп», «біреу», «бір-бірден», «бір де біреуі жоқ» ұғымдары туралы түсініктерін қалыптастыру.</w:t>
            </w:r>
          </w:p>
        </w:tc>
        <w:tc>
          <w:tcPr>
            <w:tcW w:w="1728" w:type="dxa"/>
          </w:tcPr>
          <w:p w14:paraId="19563ADB" w14:textId="77777777" w:rsidR="00D7549E" w:rsidRDefault="002C74E9">
            <w:r>
              <w:rPr>
                <w:sz w:val="18"/>
              </w:rPr>
              <w:t>Командада жұмыс істей білуге үйрету, логикалық ойлауын дамыту.</w:t>
            </w:r>
          </w:p>
        </w:tc>
        <w:tc>
          <w:tcPr>
            <w:tcW w:w="1728" w:type="dxa"/>
          </w:tcPr>
          <w:p w14:paraId="1C1CAB1E" w14:textId="77777777" w:rsidR="00D7549E" w:rsidRDefault="002C74E9">
            <w:r>
              <w:rPr>
                <w:sz w:val="18"/>
              </w:rPr>
              <w:t>Қағаздан «оригами» үлгісі бойынша қарапайым пішіндер құрастыруға үйрету.</w:t>
            </w:r>
          </w:p>
        </w:tc>
        <w:tc>
          <w:tcPr>
            <w:tcW w:w="1728" w:type="dxa"/>
          </w:tcPr>
          <w:p w14:paraId="12DD6349" w14:textId="77777777" w:rsidR="00D7549E" w:rsidRDefault="002C74E9">
            <w:r>
              <w:rPr>
                <w:sz w:val="18"/>
              </w:rPr>
              <w:t>Тең және теңсіздік туралы ұғымдарды біледі, түстер мен пішіндерді ажыратады.</w:t>
            </w:r>
          </w:p>
        </w:tc>
      </w:tr>
      <w:tr w:rsidR="00D7549E" w14:paraId="55D6EAE7" w14:textId="77777777">
        <w:trPr>
          <w:jc w:val="center"/>
        </w:trPr>
        <w:tc>
          <w:tcPr>
            <w:tcW w:w="1728" w:type="dxa"/>
          </w:tcPr>
          <w:p w14:paraId="150A2D1F" w14:textId="77777777" w:rsidR="00D7549E" w:rsidRDefault="002C74E9">
            <w:r>
              <w:rPr>
                <w:sz w:val="18"/>
              </w:rPr>
              <w:t>Шығармашылық дағдыларының, зерттеу іс-әрекетінің дамуы</w:t>
            </w:r>
          </w:p>
        </w:tc>
        <w:tc>
          <w:tcPr>
            <w:tcW w:w="1728" w:type="dxa"/>
          </w:tcPr>
          <w:p w14:paraId="4271B2F0" w14:textId="77777777" w:rsidR="00D7549E" w:rsidRDefault="002C74E9">
            <w:r>
              <w:rPr>
                <w:sz w:val="18"/>
              </w:rPr>
              <w:t>Қылқаламмен бояуда оны бояуға ақырын батыруды, алынған артық бояуды құтының шетіне қылқаламды ақырын басып, ағызып жіберіп бояуды үйрету. Мүсіндеу және заттардың бейнесін жасау.</w:t>
            </w:r>
          </w:p>
        </w:tc>
        <w:tc>
          <w:tcPr>
            <w:tcW w:w="1728" w:type="dxa"/>
          </w:tcPr>
          <w:p w14:paraId="1EEA6F44" w14:textId="77777777" w:rsidR="00D7549E" w:rsidRDefault="002C74E9">
            <w:r>
              <w:rPr>
                <w:sz w:val="18"/>
              </w:rPr>
              <w:t>Қайшымен дұрыс жұмыс жасау дағдысын бекіту, шығармашылық қабілетін дамыту.</w:t>
            </w:r>
          </w:p>
        </w:tc>
        <w:tc>
          <w:tcPr>
            <w:tcW w:w="1728" w:type="dxa"/>
          </w:tcPr>
          <w:p w14:paraId="22BB4185" w14:textId="77777777" w:rsidR="00D7549E" w:rsidRDefault="002C74E9">
            <w:r>
              <w:rPr>
                <w:sz w:val="18"/>
              </w:rPr>
              <w:t>Қоршаған ортадағы әсемдікті қабылдауға үйрету, өз бетінше сурет салу.</w:t>
            </w:r>
          </w:p>
        </w:tc>
        <w:tc>
          <w:tcPr>
            <w:tcW w:w="1728" w:type="dxa"/>
          </w:tcPr>
          <w:p w14:paraId="04CD5F8A" w14:textId="77777777" w:rsidR="00D7549E" w:rsidRDefault="002C74E9">
            <w:r>
              <w:rPr>
                <w:sz w:val="18"/>
              </w:rPr>
              <w:t>Қайшымен дұрыс жұмыс жасай алады, көркемдік жұмыстарды ұқыпты орындайды.</w:t>
            </w:r>
          </w:p>
        </w:tc>
      </w:tr>
      <w:tr w:rsidR="00D7549E" w14:paraId="1F692875" w14:textId="77777777">
        <w:trPr>
          <w:jc w:val="center"/>
        </w:trPr>
        <w:tc>
          <w:tcPr>
            <w:tcW w:w="1728" w:type="dxa"/>
          </w:tcPr>
          <w:p w14:paraId="30FE7B7B" w14:textId="77777777" w:rsidR="00D7549E" w:rsidRDefault="002C74E9">
            <w:r>
              <w:rPr>
                <w:sz w:val="18"/>
              </w:rPr>
              <w:t>Әлеуметтік-эмоционалды дағдыларды қалыптастыру</w:t>
            </w:r>
          </w:p>
        </w:tc>
        <w:tc>
          <w:tcPr>
            <w:tcW w:w="1728" w:type="dxa"/>
          </w:tcPr>
          <w:p w14:paraId="2DD3F62D" w14:textId="77777777" w:rsidR="00D7549E" w:rsidRDefault="002C74E9">
            <w:r>
              <w:rPr>
                <w:sz w:val="18"/>
              </w:rPr>
              <w:t>Туған өлкенің кейбір өсімдіктері, көкөністері мен жемістері туралы түсініктерін қалыптастыру. Ағаштардың түрлерін танып, атауға үйрету.</w:t>
            </w:r>
          </w:p>
        </w:tc>
        <w:tc>
          <w:tcPr>
            <w:tcW w:w="1728" w:type="dxa"/>
          </w:tcPr>
          <w:p w14:paraId="3797E3AE" w14:textId="77777777" w:rsidR="00D7549E" w:rsidRDefault="002C74E9">
            <w:r>
              <w:rPr>
                <w:sz w:val="18"/>
              </w:rPr>
              <w:t>Ересектердің еңбегі туралы білімдерін кеңейту, өзара сыйластыққа баулу.</w:t>
            </w:r>
          </w:p>
        </w:tc>
        <w:tc>
          <w:tcPr>
            <w:tcW w:w="1728" w:type="dxa"/>
          </w:tcPr>
          <w:p w14:paraId="5906610D" w14:textId="77777777" w:rsidR="00D7549E" w:rsidRDefault="002C74E9">
            <w:r>
              <w:rPr>
                <w:sz w:val="18"/>
              </w:rPr>
              <w:t>Құрдастарымен сыпайы қарым-қатынас жасауға баулу, топпен ойнауды үйрету.</w:t>
            </w:r>
          </w:p>
        </w:tc>
        <w:tc>
          <w:tcPr>
            <w:tcW w:w="1728" w:type="dxa"/>
          </w:tcPr>
          <w:p w14:paraId="64C61D91" w14:textId="77777777" w:rsidR="00D7549E" w:rsidRDefault="002C74E9">
            <w:r>
              <w:rPr>
                <w:sz w:val="18"/>
              </w:rPr>
              <w:t>Еңбек адамдарына және олардың еңбектерінің нәтижесіне құрмет көрсетеді, II деңгей (орташа/жоғары).</w:t>
            </w:r>
          </w:p>
        </w:tc>
      </w:tr>
    </w:tbl>
    <w:p w14:paraId="2041CFBF" w14:textId="77777777" w:rsidR="00D7549E" w:rsidRDefault="002C74E9">
      <w:r>
        <w:br w:type="page"/>
      </w:r>
    </w:p>
    <w:p w14:paraId="17CB918E" w14:textId="77777777" w:rsidR="00D7549E" w:rsidRPr="00754D88" w:rsidRDefault="002C74E9">
      <w:pPr>
        <w:jc w:val="center"/>
        <w:rPr>
          <w:lang w:val="ru-RU"/>
        </w:rPr>
      </w:pPr>
      <w:r w:rsidRPr="00754D88">
        <w:rPr>
          <w:b/>
          <w:sz w:val="28"/>
          <w:lang w:val="ru-RU"/>
        </w:rPr>
        <w:lastRenderedPageBreak/>
        <w:t>2023- 2024 оқу жылына арналған баланың жеке даму картасы</w:t>
      </w:r>
    </w:p>
    <w:p w14:paraId="779BACC7" w14:textId="77777777" w:rsidR="00D7549E" w:rsidRPr="00754D88" w:rsidRDefault="002C74E9">
      <w:pPr>
        <w:rPr>
          <w:lang w:val="ru-RU"/>
        </w:rPr>
      </w:pPr>
      <w:r w:rsidRPr="00754D88">
        <w:rPr>
          <w:b/>
          <w:sz w:val="24"/>
          <w:lang w:val="ru-RU"/>
        </w:rPr>
        <w:t>Баланың Т.А.Ә: САУЖАНОВА САИДА</w:t>
      </w:r>
    </w:p>
    <w:p w14:paraId="2A405757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Баланың туған жылы, күні: 2021 ж. (Кіші топ)</w:t>
      </w:r>
    </w:p>
    <w:p w14:paraId="016360A1" w14:textId="505A185B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Білім беру ұйымы: «А</w:t>
      </w:r>
      <w:r w:rsidR="00545297">
        <w:rPr>
          <w:lang w:val="ru-RU"/>
        </w:rPr>
        <w:t>ружан</w:t>
      </w:r>
      <w:r w:rsidRPr="00754D88">
        <w:rPr>
          <w:lang w:val="ru-RU"/>
        </w:rPr>
        <w:t>» балабақшасы</w:t>
      </w:r>
    </w:p>
    <w:p w14:paraId="5C7EA08E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Топ: Кіші жас тобы «Ақбота»</w:t>
      </w:r>
    </w:p>
    <w:p w14:paraId="00E25DE7" w14:textId="77777777" w:rsidR="00D7549E" w:rsidRPr="00754D88" w:rsidRDefault="00D7549E">
      <w:pPr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70"/>
        <w:gridCol w:w="1728"/>
        <w:gridCol w:w="1728"/>
        <w:gridCol w:w="1728"/>
        <w:gridCol w:w="1728"/>
      </w:tblGrid>
      <w:tr w:rsidR="00D7549E" w14:paraId="22E3BA55" w14:textId="77777777">
        <w:trPr>
          <w:jc w:val="center"/>
        </w:trPr>
        <w:tc>
          <w:tcPr>
            <w:tcW w:w="1728" w:type="dxa"/>
          </w:tcPr>
          <w:p w14:paraId="07391E98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Құзыреттіліктер</w:t>
            </w:r>
          </w:p>
        </w:tc>
        <w:tc>
          <w:tcPr>
            <w:tcW w:w="1728" w:type="dxa"/>
          </w:tcPr>
          <w:p w14:paraId="35575F20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728" w:type="dxa"/>
          </w:tcPr>
          <w:p w14:paraId="73E90C8D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1728" w:type="dxa"/>
          </w:tcPr>
          <w:p w14:paraId="4E936F13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 бақылау нәтижелері бойынша дамыту, түзету іс-шаралары (маусым-шілде)</w:t>
            </w:r>
          </w:p>
        </w:tc>
        <w:tc>
          <w:tcPr>
            <w:tcW w:w="1728" w:type="dxa"/>
          </w:tcPr>
          <w:p w14:paraId="09191914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</w:t>
            </w:r>
            <w:r>
              <w:rPr>
                <w:b/>
                <w:sz w:val="19"/>
              </w:rPr>
              <w:br/>
              <w:t>(баланың даму деңгейі сәйкес келеді:</w:t>
            </w:r>
            <w:r>
              <w:rPr>
                <w:b/>
                <w:sz w:val="19"/>
              </w:rPr>
              <w:br/>
              <w:t>III деңгей – «жоғары»;</w:t>
            </w:r>
            <w:r>
              <w:rPr>
                <w:b/>
                <w:sz w:val="19"/>
              </w:rPr>
              <w:br/>
              <w:t>II деңгей – «орташа»;</w:t>
            </w:r>
            <w:r>
              <w:rPr>
                <w:b/>
                <w:sz w:val="19"/>
              </w:rPr>
              <w:br/>
              <w:t>I деңгей – «төмен»)</w:t>
            </w:r>
          </w:p>
        </w:tc>
      </w:tr>
      <w:tr w:rsidR="00D7549E" w14:paraId="448F8E27" w14:textId="77777777">
        <w:trPr>
          <w:jc w:val="center"/>
        </w:trPr>
        <w:tc>
          <w:tcPr>
            <w:tcW w:w="1728" w:type="dxa"/>
          </w:tcPr>
          <w:p w14:paraId="15700CD9" w14:textId="77777777" w:rsidR="00D7549E" w:rsidRDefault="002C74E9">
            <w:r>
              <w:rPr>
                <w:sz w:val="18"/>
              </w:rPr>
              <w:t>Физикалық қасиеттері</w:t>
            </w:r>
          </w:p>
        </w:tc>
        <w:tc>
          <w:tcPr>
            <w:tcW w:w="1728" w:type="dxa"/>
          </w:tcPr>
          <w:p w14:paraId="06A99CA1" w14:textId="77777777" w:rsidR="00D7549E" w:rsidRDefault="002C74E9">
            <w:r>
              <w:rPr>
                <w:sz w:val="18"/>
              </w:rPr>
              <w:t>-Екі аяқтап басты затқа тигізе отырып, жоғары қарай 2-3 метр қашықтықта алға қарай жылжи отырып, тұрған жерінен ұзындыққа секіру дағдыларын қалыптастыру.</w:t>
            </w:r>
          </w:p>
        </w:tc>
        <w:tc>
          <w:tcPr>
            <w:tcW w:w="1728" w:type="dxa"/>
          </w:tcPr>
          <w:p w14:paraId="33EA7E04" w14:textId="77777777" w:rsidR="00D7549E" w:rsidRDefault="002C74E9">
            <w:r>
              <w:rPr>
                <w:sz w:val="18"/>
              </w:rPr>
              <w:t>Гигиеналық шараларды орындау: жуыну, шашын тару, қолды сабынмен жуу, қол орамалды қолдану.</w:t>
            </w:r>
          </w:p>
        </w:tc>
        <w:tc>
          <w:tcPr>
            <w:tcW w:w="1728" w:type="dxa"/>
          </w:tcPr>
          <w:p w14:paraId="45F13BC4" w14:textId="77777777" w:rsidR="00D7549E" w:rsidRDefault="002C74E9">
            <w:r>
              <w:rPr>
                <w:sz w:val="18"/>
              </w:rPr>
              <w:t>Денешынықтыру құралдарын, спорттық және қимылды ойындар үшін атрибуттарды пайдалануға ынталандыру.</w:t>
            </w:r>
          </w:p>
        </w:tc>
        <w:tc>
          <w:tcPr>
            <w:tcW w:w="1728" w:type="dxa"/>
          </w:tcPr>
          <w:p w14:paraId="528E9FA6" w14:textId="77777777" w:rsidR="00D7549E" w:rsidRDefault="002C74E9">
            <w:r>
              <w:rPr>
                <w:sz w:val="18"/>
              </w:rPr>
              <w:t>Денсаулық үшін гигиеналық шаралардың маңыздылығы туралы түсініктері қалыптасады.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жеке заттарын қолдану (бет орамал, сүлгі, тарақ).</w:t>
            </w:r>
          </w:p>
        </w:tc>
      </w:tr>
      <w:tr w:rsidR="00D7549E" w14:paraId="056A1DD1" w14:textId="77777777">
        <w:trPr>
          <w:jc w:val="center"/>
        </w:trPr>
        <w:tc>
          <w:tcPr>
            <w:tcW w:w="1728" w:type="dxa"/>
          </w:tcPr>
          <w:p w14:paraId="524D48C1" w14:textId="77777777" w:rsidR="00D7549E" w:rsidRDefault="002C74E9">
            <w:r>
              <w:rPr>
                <w:sz w:val="18"/>
              </w:rPr>
              <w:t>Коммуникативтік дағдылары</w:t>
            </w:r>
          </w:p>
        </w:tc>
        <w:tc>
          <w:tcPr>
            <w:tcW w:w="1728" w:type="dxa"/>
          </w:tcPr>
          <w:p w14:paraId="79ED051A" w14:textId="77777777" w:rsidR="00D7549E" w:rsidRDefault="002C74E9">
            <w:r>
              <w:rPr>
                <w:sz w:val="18"/>
              </w:rPr>
              <w:t>- Суреттердегі, заттарды қарастыруда, тірі және өлі табиғат нысандарын бақылау кезінде байланыстырып сөйлеу;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 xml:space="preserve">- Шағын тақпақтар мен өлеңдерді жаттығуға үйрету. Жіңішке сөздерді ажыратуға </w:t>
            </w:r>
            <w:r>
              <w:rPr>
                <w:sz w:val="18"/>
              </w:rPr>
              <w:lastRenderedPageBreak/>
              <w:t>үйрету.</w:t>
            </w:r>
          </w:p>
        </w:tc>
        <w:tc>
          <w:tcPr>
            <w:tcW w:w="1728" w:type="dxa"/>
          </w:tcPr>
          <w:p w14:paraId="14E9B35B" w14:textId="77777777" w:rsidR="00D7549E" w:rsidRDefault="002C74E9">
            <w:r>
              <w:rPr>
                <w:sz w:val="18"/>
              </w:rPr>
              <w:lastRenderedPageBreak/>
              <w:t>Ертегілерді айтып беруге үйрету, сөздік қорын байыту.</w:t>
            </w:r>
          </w:p>
        </w:tc>
        <w:tc>
          <w:tcPr>
            <w:tcW w:w="1728" w:type="dxa"/>
          </w:tcPr>
          <w:p w14:paraId="649255BD" w14:textId="77777777" w:rsidR="00D7549E" w:rsidRDefault="002C74E9">
            <w:r>
              <w:rPr>
                <w:sz w:val="18"/>
              </w:rPr>
              <w:t>Тілдік қарқынын өзгерту біліктерін бекіту. Артикуляциялық аппаратты одан әрі жетілдіру.</w:t>
            </w:r>
          </w:p>
        </w:tc>
        <w:tc>
          <w:tcPr>
            <w:tcW w:w="1728" w:type="dxa"/>
          </w:tcPr>
          <w:p w14:paraId="5CF02FE4" w14:textId="77777777" w:rsidR="00D7549E" w:rsidRDefault="002C74E9">
            <w:r>
              <w:rPr>
                <w:sz w:val="18"/>
              </w:rPr>
              <w:t>Әдеби кейіпкерлердің әрекеттеріне өзінің көзқарасын білдіре алады.</w:t>
            </w:r>
          </w:p>
        </w:tc>
      </w:tr>
      <w:tr w:rsidR="00D7549E" w14:paraId="62E6D49C" w14:textId="77777777">
        <w:trPr>
          <w:jc w:val="center"/>
        </w:trPr>
        <w:tc>
          <w:tcPr>
            <w:tcW w:w="1728" w:type="dxa"/>
          </w:tcPr>
          <w:p w14:paraId="53068230" w14:textId="77777777" w:rsidR="00D7549E" w:rsidRDefault="002C74E9">
            <w:r>
              <w:rPr>
                <w:sz w:val="18"/>
              </w:rPr>
              <w:t>Танымдық және зияткерлік дағдылары</w:t>
            </w:r>
          </w:p>
        </w:tc>
        <w:tc>
          <w:tcPr>
            <w:tcW w:w="1728" w:type="dxa"/>
          </w:tcPr>
          <w:p w14:paraId="3BBD4C2C" w14:textId="77777777" w:rsidR="00D7549E" w:rsidRDefault="002C74E9">
            <w:r>
              <w:rPr>
                <w:sz w:val="18"/>
              </w:rPr>
              <w:t>- Бөлмедегі заттарды ажырату және олардың санын анықтау;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Өлшемдері қарама-қарсы және бірдей заттарды салыстыруға үйрету.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«Көп», «біреу», «бір-бірден», «бір де біреуі жоқ» ұғымдары туралы түсініктерін қалыптастыру.</w:t>
            </w:r>
          </w:p>
        </w:tc>
        <w:tc>
          <w:tcPr>
            <w:tcW w:w="1728" w:type="dxa"/>
          </w:tcPr>
          <w:p w14:paraId="681FFA91" w14:textId="77777777" w:rsidR="00D7549E" w:rsidRDefault="002C74E9">
            <w:r>
              <w:rPr>
                <w:sz w:val="18"/>
              </w:rPr>
              <w:t>Командада жұмыс істей білуге үйрету, логикалық ойлауын дамыту.</w:t>
            </w:r>
          </w:p>
        </w:tc>
        <w:tc>
          <w:tcPr>
            <w:tcW w:w="1728" w:type="dxa"/>
          </w:tcPr>
          <w:p w14:paraId="2DDC6A90" w14:textId="77777777" w:rsidR="00D7549E" w:rsidRDefault="002C74E9">
            <w:r>
              <w:rPr>
                <w:sz w:val="18"/>
              </w:rPr>
              <w:t>Қағаздан «оригами» үлгісі бойынша қарапайым пішіндер құрастыруға үйрету.</w:t>
            </w:r>
          </w:p>
        </w:tc>
        <w:tc>
          <w:tcPr>
            <w:tcW w:w="1728" w:type="dxa"/>
          </w:tcPr>
          <w:p w14:paraId="7BF0E0A3" w14:textId="77777777" w:rsidR="00D7549E" w:rsidRDefault="002C74E9">
            <w:r>
              <w:rPr>
                <w:sz w:val="18"/>
              </w:rPr>
              <w:t>Тең және теңсіздік туралы ұғымдарды біледі, түстер мен пішіндерді ажыратады.</w:t>
            </w:r>
          </w:p>
        </w:tc>
      </w:tr>
      <w:tr w:rsidR="00D7549E" w14:paraId="4809596E" w14:textId="77777777">
        <w:trPr>
          <w:jc w:val="center"/>
        </w:trPr>
        <w:tc>
          <w:tcPr>
            <w:tcW w:w="1728" w:type="dxa"/>
          </w:tcPr>
          <w:p w14:paraId="4C774734" w14:textId="77777777" w:rsidR="00D7549E" w:rsidRDefault="002C74E9">
            <w:r>
              <w:rPr>
                <w:sz w:val="18"/>
              </w:rPr>
              <w:t>Шығармашылық дағдыларының, зерттеу іс-әрекетінің дамуы</w:t>
            </w:r>
          </w:p>
        </w:tc>
        <w:tc>
          <w:tcPr>
            <w:tcW w:w="1728" w:type="dxa"/>
          </w:tcPr>
          <w:p w14:paraId="16F36A43" w14:textId="77777777" w:rsidR="00D7549E" w:rsidRDefault="002C74E9">
            <w:r>
              <w:rPr>
                <w:sz w:val="18"/>
              </w:rPr>
              <w:t>Қылқаламмен бояуда оны бояуға ақырын батыруды, алынған артық бояуды құтының шетіне қылқаламды ақырын басып, ағызып жіберіп бояуды үйрету. Мүсіндеу және заттардың бейнесін жасау.</w:t>
            </w:r>
          </w:p>
        </w:tc>
        <w:tc>
          <w:tcPr>
            <w:tcW w:w="1728" w:type="dxa"/>
          </w:tcPr>
          <w:p w14:paraId="1340540D" w14:textId="77777777" w:rsidR="00D7549E" w:rsidRDefault="002C74E9">
            <w:r>
              <w:rPr>
                <w:sz w:val="18"/>
              </w:rPr>
              <w:t>Қайшымен дұрыс жұмыс жасау дағдысын бекіту, шығармашылық қабілетін дамыту.</w:t>
            </w:r>
          </w:p>
        </w:tc>
        <w:tc>
          <w:tcPr>
            <w:tcW w:w="1728" w:type="dxa"/>
          </w:tcPr>
          <w:p w14:paraId="25E523AE" w14:textId="77777777" w:rsidR="00D7549E" w:rsidRDefault="002C74E9">
            <w:r>
              <w:rPr>
                <w:sz w:val="18"/>
              </w:rPr>
              <w:t>Қоршаған ортадағы әсемдікті қабылдауға үйрету, өз бетінше сурет салу.</w:t>
            </w:r>
          </w:p>
        </w:tc>
        <w:tc>
          <w:tcPr>
            <w:tcW w:w="1728" w:type="dxa"/>
          </w:tcPr>
          <w:p w14:paraId="6296A373" w14:textId="77777777" w:rsidR="00D7549E" w:rsidRDefault="002C74E9">
            <w:r>
              <w:rPr>
                <w:sz w:val="18"/>
              </w:rPr>
              <w:t>Қайшымен дұрыс жұмыс жасай алады, көркемдік жұмыстарды ұқыпты орындайды.</w:t>
            </w:r>
          </w:p>
        </w:tc>
      </w:tr>
      <w:tr w:rsidR="00D7549E" w14:paraId="2FEE3E17" w14:textId="77777777">
        <w:trPr>
          <w:jc w:val="center"/>
        </w:trPr>
        <w:tc>
          <w:tcPr>
            <w:tcW w:w="1728" w:type="dxa"/>
          </w:tcPr>
          <w:p w14:paraId="29B8A4F5" w14:textId="77777777" w:rsidR="00D7549E" w:rsidRDefault="002C74E9">
            <w:r>
              <w:rPr>
                <w:sz w:val="18"/>
              </w:rPr>
              <w:t>Әлеуметтік-эмоционалды дағдыларды қалыптастыру</w:t>
            </w:r>
          </w:p>
        </w:tc>
        <w:tc>
          <w:tcPr>
            <w:tcW w:w="1728" w:type="dxa"/>
          </w:tcPr>
          <w:p w14:paraId="2B9D163C" w14:textId="77777777" w:rsidR="00D7549E" w:rsidRDefault="002C74E9">
            <w:r>
              <w:rPr>
                <w:sz w:val="18"/>
              </w:rPr>
              <w:t>Туған өлкенің кейбір өсімдіктері, көкөністері мен жемістері туралы түсініктерін қалыптастыру. Ағаштардың түрлерін танып, атауға үйрету.</w:t>
            </w:r>
          </w:p>
        </w:tc>
        <w:tc>
          <w:tcPr>
            <w:tcW w:w="1728" w:type="dxa"/>
          </w:tcPr>
          <w:p w14:paraId="446ABD5C" w14:textId="77777777" w:rsidR="00D7549E" w:rsidRDefault="002C74E9">
            <w:r>
              <w:rPr>
                <w:sz w:val="18"/>
              </w:rPr>
              <w:t>Ересектердің еңбегі туралы білімдерін кеңейту, өзара сыйластыққа баулу.</w:t>
            </w:r>
          </w:p>
        </w:tc>
        <w:tc>
          <w:tcPr>
            <w:tcW w:w="1728" w:type="dxa"/>
          </w:tcPr>
          <w:p w14:paraId="4DEF49CA" w14:textId="77777777" w:rsidR="00D7549E" w:rsidRDefault="002C74E9">
            <w:r>
              <w:rPr>
                <w:sz w:val="18"/>
              </w:rPr>
              <w:t>Құрдастарымен сыпайы қарым-қатынас жасауға баулу, топпен ойнауды үйрету.</w:t>
            </w:r>
          </w:p>
        </w:tc>
        <w:tc>
          <w:tcPr>
            <w:tcW w:w="1728" w:type="dxa"/>
          </w:tcPr>
          <w:p w14:paraId="6FEE9C47" w14:textId="77777777" w:rsidR="00D7549E" w:rsidRDefault="002C74E9">
            <w:r>
              <w:rPr>
                <w:sz w:val="18"/>
              </w:rPr>
              <w:t>Еңбек адамдарына және олардың еңбектерінің нәтижесіне құрмет көрсетеді, II деңгей (орташа/жоғары).</w:t>
            </w:r>
          </w:p>
        </w:tc>
      </w:tr>
    </w:tbl>
    <w:p w14:paraId="61D0BA37" w14:textId="77777777" w:rsidR="00D7549E" w:rsidRDefault="002C74E9">
      <w:r>
        <w:br w:type="page"/>
      </w:r>
    </w:p>
    <w:p w14:paraId="1F84C339" w14:textId="77777777" w:rsidR="00D7549E" w:rsidRPr="00754D88" w:rsidRDefault="002C74E9">
      <w:pPr>
        <w:jc w:val="center"/>
        <w:rPr>
          <w:lang w:val="ru-RU"/>
        </w:rPr>
      </w:pPr>
      <w:r w:rsidRPr="00754D88">
        <w:rPr>
          <w:b/>
          <w:sz w:val="28"/>
          <w:lang w:val="ru-RU"/>
        </w:rPr>
        <w:lastRenderedPageBreak/>
        <w:t>2023- 2024 оқу жылына арналған баланың жеке даму картасы</w:t>
      </w:r>
    </w:p>
    <w:p w14:paraId="4342231F" w14:textId="77777777" w:rsidR="00D7549E" w:rsidRPr="00754D88" w:rsidRDefault="002C74E9">
      <w:pPr>
        <w:rPr>
          <w:lang w:val="ru-RU"/>
        </w:rPr>
      </w:pPr>
      <w:r w:rsidRPr="00754D88">
        <w:rPr>
          <w:b/>
          <w:sz w:val="24"/>
          <w:lang w:val="ru-RU"/>
        </w:rPr>
        <w:t>Баланың Т.А.Ә: ТУЛЕПОВ АЛИХАН</w:t>
      </w:r>
    </w:p>
    <w:p w14:paraId="5B4A25B1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Баланың туған жылы, күні: 2021 ж. (Кіші топ)</w:t>
      </w:r>
    </w:p>
    <w:p w14:paraId="4694D170" w14:textId="50B93ACE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Білім беру ұйымы: «А</w:t>
      </w:r>
      <w:r w:rsidR="00545297">
        <w:rPr>
          <w:lang w:val="ru-RU"/>
        </w:rPr>
        <w:t>ружан</w:t>
      </w:r>
      <w:r w:rsidRPr="00754D88">
        <w:rPr>
          <w:lang w:val="ru-RU"/>
        </w:rPr>
        <w:t>» балабақшасы</w:t>
      </w:r>
    </w:p>
    <w:p w14:paraId="5633A33B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Топ: Кіші жас тобы «Ақбота»</w:t>
      </w:r>
    </w:p>
    <w:p w14:paraId="1609FDB4" w14:textId="77777777" w:rsidR="00D7549E" w:rsidRPr="00754D88" w:rsidRDefault="00D7549E">
      <w:pPr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70"/>
        <w:gridCol w:w="1728"/>
        <w:gridCol w:w="1728"/>
        <w:gridCol w:w="1728"/>
        <w:gridCol w:w="1728"/>
      </w:tblGrid>
      <w:tr w:rsidR="00D7549E" w14:paraId="55132320" w14:textId="77777777">
        <w:trPr>
          <w:jc w:val="center"/>
        </w:trPr>
        <w:tc>
          <w:tcPr>
            <w:tcW w:w="1728" w:type="dxa"/>
          </w:tcPr>
          <w:p w14:paraId="1856B21E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Құзыреттіліктер</w:t>
            </w:r>
          </w:p>
        </w:tc>
        <w:tc>
          <w:tcPr>
            <w:tcW w:w="1728" w:type="dxa"/>
          </w:tcPr>
          <w:p w14:paraId="50FBE690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728" w:type="dxa"/>
          </w:tcPr>
          <w:p w14:paraId="6AC90EF5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1728" w:type="dxa"/>
          </w:tcPr>
          <w:p w14:paraId="3E4FB561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 бақылау нәтижелері бойынша дамыту, түзету іс-шаралары (маусым-шілде)</w:t>
            </w:r>
          </w:p>
        </w:tc>
        <w:tc>
          <w:tcPr>
            <w:tcW w:w="1728" w:type="dxa"/>
          </w:tcPr>
          <w:p w14:paraId="12EE2521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</w:t>
            </w:r>
            <w:r>
              <w:rPr>
                <w:b/>
                <w:sz w:val="19"/>
              </w:rPr>
              <w:br/>
              <w:t>(баланың даму деңгейі сәйкес келеді:</w:t>
            </w:r>
            <w:r>
              <w:rPr>
                <w:b/>
                <w:sz w:val="19"/>
              </w:rPr>
              <w:br/>
              <w:t>III деңгей – «жоғары»;</w:t>
            </w:r>
            <w:r>
              <w:rPr>
                <w:b/>
                <w:sz w:val="19"/>
              </w:rPr>
              <w:br/>
              <w:t>II деңгей – «орташа»;</w:t>
            </w:r>
            <w:r>
              <w:rPr>
                <w:b/>
                <w:sz w:val="19"/>
              </w:rPr>
              <w:br/>
              <w:t>I деңгей – «төмен»)</w:t>
            </w:r>
          </w:p>
        </w:tc>
      </w:tr>
      <w:tr w:rsidR="00D7549E" w14:paraId="3D76C3F8" w14:textId="77777777">
        <w:trPr>
          <w:jc w:val="center"/>
        </w:trPr>
        <w:tc>
          <w:tcPr>
            <w:tcW w:w="1728" w:type="dxa"/>
          </w:tcPr>
          <w:p w14:paraId="5A376F0C" w14:textId="77777777" w:rsidR="00D7549E" w:rsidRDefault="002C74E9">
            <w:r>
              <w:rPr>
                <w:sz w:val="18"/>
              </w:rPr>
              <w:t>Физикалық қасиеттері</w:t>
            </w:r>
          </w:p>
        </w:tc>
        <w:tc>
          <w:tcPr>
            <w:tcW w:w="1728" w:type="dxa"/>
          </w:tcPr>
          <w:p w14:paraId="1BABF2D5" w14:textId="77777777" w:rsidR="00D7549E" w:rsidRDefault="002C74E9">
            <w:r>
              <w:rPr>
                <w:sz w:val="18"/>
              </w:rPr>
              <w:t>-Екі аяқтап басты затқа тигізе отырып, жоғары қарай 2-3 метр қашықтықта алға қарай жылжи отырып, тұрған жерінен ұзындыққа секіру дағдыларын қалыптастыру.</w:t>
            </w:r>
          </w:p>
        </w:tc>
        <w:tc>
          <w:tcPr>
            <w:tcW w:w="1728" w:type="dxa"/>
          </w:tcPr>
          <w:p w14:paraId="2E8F9631" w14:textId="77777777" w:rsidR="00D7549E" w:rsidRDefault="002C74E9">
            <w:r>
              <w:rPr>
                <w:sz w:val="18"/>
              </w:rPr>
              <w:t>Гигиеналық шараларды орындау: жуыну, шашын тару, қолды сабынмен жуу, қол орамалды қолдану.</w:t>
            </w:r>
          </w:p>
        </w:tc>
        <w:tc>
          <w:tcPr>
            <w:tcW w:w="1728" w:type="dxa"/>
          </w:tcPr>
          <w:p w14:paraId="5581B436" w14:textId="77777777" w:rsidR="00D7549E" w:rsidRDefault="002C74E9">
            <w:r>
              <w:rPr>
                <w:sz w:val="18"/>
              </w:rPr>
              <w:t>Денешынықтыру құралдарын, спорттық және қимылды ойындар үшін атрибуттарды пайдалануға ынталандыру.</w:t>
            </w:r>
          </w:p>
        </w:tc>
        <w:tc>
          <w:tcPr>
            <w:tcW w:w="1728" w:type="dxa"/>
          </w:tcPr>
          <w:p w14:paraId="6BEB505C" w14:textId="77777777" w:rsidR="00D7549E" w:rsidRDefault="002C74E9">
            <w:r>
              <w:rPr>
                <w:sz w:val="18"/>
              </w:rPr>
              <w:t>Денсаулық үшін гигиеналық шаралардың маңыздылығы туралы түсініктері қалыптасады.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жеке заттарын қолдану (бет орамал, сүлгі, тарақ).</w:t>
            </w:r>
          </w:p>
        </w:tc>
      </w:tr>
      <w:tr w:rsidR="00D7549E" w14:paraId="6BBFE20B" w14:textId="77777777">
        <w:trPr>
          <w:jc w:val="center"/>
        </w:trPr>
        <w:tc>
          <w:tcPr>
            <w:tcW w:w="1728" w:type="dxa"/>
          </w:tcPr>
          <w:p w14:paraId="1048E653" w14:textId="77777777" w:rsidR="00D7549E" w:rsidRDefault="002C74E9">
            <w:r>
              <w:rPr>
                <w:sz w:val="18"/>
              </w:rPr>
              <w:t>Коммуникативтік дағдылары</w:t>
            </w:r>
          </w:p>
        </w:tc>
        <w:tc>
          <w:tcPr>
            <w:tcW w:w="1728" w:type="dxa"/>
          </w:tcPr>
          <w:p w14:paraId="57B8C0D6" w14:textId="77777777" w:rsidR="00D7549E" w:rsidRDefault="002C74E9">
            <w:r>
              <w:rPr>
                <w:sz w:val="18"/>
              </w:rPr>
              <w:t>- Суреттердегі, заттарды қарастыруда, тірі және өлі табиғат нысандарын бақылау кезінде байланыстырып сөйлеу;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 xml:space="preserve">- Шағын тақпақтар мен өлеңдерді жаттығуға үйрету. Жіңішке сөздерді ажыратуға </w:t>
            </w:r>
            <w:r>
              <w:rPr>
                <w:sz w:val="18"/>
              </w:rPr>
              <w:lastRenderedPageBreak/>
              <w:t>үйрету.</w:t>
            </w:r>
          </w:p>
        </w:tc>
        <w:tc>
          <w:tcPr>
            <w:tcW w:w="1728" w:type="dxa"/>
          </w:tcPr>
          <w:p w14:paraId="65CAC4E8" w14:textId="77777777" w:rsidR="00D7549E" w:rsidRDefault="002C74E9">
            <w:r>
              <w:rPr>
                <w:sz w:val="18"/>
              </w:rPr>
              <w:lastRenderedPageBreak/>
              <w:t>Ертегілерді айтып беруге үйрету, сөздік қорын байыту.</w:t>
            </w:r>
          </w:p>
        </w:tc>
        <w:tc>
          <w:tcPr>
            <w:tcW w:w="1728" w:type="dxa"/>
          </w:tcPr>
          <w:p w14:paraId="2EF0D917" w14:textId="77777777" w:rsidR="00D7549E" w:rsidRDefault="002C74E9">
            <w:r>
              <w:rPr>
                <w:sz w:val="18"/>
              </w:rPr>
              <w:t>Тілдік қарқынын өзгерту біліктерін бекіту. Артикуляциялық аппаратты одан әрі жетілдіру.</w:t>
            </w:r>
          </w:p>
        </w:tc>
        <w:tc>
          <w:tcPr>
            <w:tcW w:w="1728" w:type="dxa"/>
          </w:tcPr>
          <w:p w14:paraId="68C514E7" w14:textId="77777777" w:rsidR="00D7549E" w:rsidRDefault="002C74E9">
            <w:r>
              <w:rPr>
                <w:sz w:val="18"/>
              </w:rPr>
              <w:t>Әдеби кейіпкерлердің әрекеттеріне өзінің көзқарасын білдіре алады.</w:t>
            </w:r>
          </w:p>
        </w:tc>
      </w:tr>
      <w:tr w:rsidR="00D7549E" w14:paraId="52F064A3" w14:textId="77777777">
        <w:trPr>
          <w:jc w:val="center"/>
        </w:trPr>
        <w:tc>
          <w:tcPr>
            <w:tcW w:w="1728" w:type="dxa"/>
          </w:tcPr>
          <w:p w14:paraId="3B4FB110" w14:textId="77777777" w:rsidR="00D7549E" w:rsidRDefault="002C74E9">
            <w:r>
              <w:rPr>
                <w:sz w:val="18"/>
              </w:rPr>
              <w:t>Танымдық және зияткерлік дағдылары</w:t>
            </w:r>
          </w:p>
        </w:tc>
        <w:tc>
          <w:tcPr>
            <w:tcW w:w="1728" w:type="dxa"/>
          </w:tcPr>
          <w:p w14:paraId="7B489065" w14:textId="77777777" w:rsidR="00D7549E" w:rsidRDefault="002C74E9">
            <w:r>
              <w:rPr>
                <w:sz w:val="18"/>
              </w:rPr>
              <w:t>- Бөлмедегі заттарды ажырату және олардың санын анықтау;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Өлшемдері қарама-қарсы және бірдей заттарды салыстыруға үйрету.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«Көп», «біреу», «бір-бірден», «бір де біреуі жоқ» ұғымдары туралы түсініктерін қалыптастыру.</w:t>
            </w:r>
          </w:p>
        </w:tc>
        <w:tc>
          <w:tcPr>
            <w:tcW w:w="1728" w:type="dxa"/>
          </w:tcPr>
          <w:p w14:paraId="29D86DE0" w14:textId="77777777" w:rsidR="00D7549E" w:rsidRDefault="002C74E9">
            <w:r>
              <w:rPr>
                <w:sz w:val="18"/>
              </w:rPr>
              <w:t>Командада жұмыс істей білуге үйрету, логикалық ойлауын дамыту.</w:t>
            </w:r>
          </w:p>
        </w:tc>
        <w:tc>
          <w:tcPr>
            <w:tcW w:w="1728" w:type="dxa"/>
          </w:tcPr>
          <w:p w14:paraId="6EFBF587" w14:textId="77777777" w:rsidR="00D7549E" w:rsidRDefault="002C74E9">
            <w:r>
              <w:rPr>
                <w:sz w:val="18"/>
              </w:rPr>
              <w:t>Қағаздан «оригами» үлгісі бойынша қарапайым пішіндер құрастыруға үйрету.</w:t>
            </w:r>
          </w:p>
        </w:tc>
        <w:tc>
          <w:tcPr>
            <w:tcW w:w="1728" w:type="dxa"/>
          </w:tcPr>
          <w:p w14:paraId="53071D00" w14:textId="77777777" w:rsidR="00D7549E" w:rsidRDefault="002C74E9">
            <w:r>
              <w:rPr>
                <w:sz w:val="18"/>
              </w:rPr>
              <w:t>Тең және теңсіздік туралы ұғымдарды біледі, түстер мен пішіндерді ажыратады.</w:t>
            </w:r>
          </w:p>
        </w:tc>
      </w:tr>
      <w:tr w:rsidR="00D7549E" w14:paraId="508CB327" w14:textId="77777777">
        <w:trPr>
          <w:jc w:val="center"/>
        </w:trPr>
        <w:tc>
          <w:tcPr>
            <w:tcW w:w="1728" w:type="dxa"/>
          </w:tcPr>
          <w:p w14:paraId="6B51A0AC" w14:textId="77777777" w:rsidR="00D7549E" w:rsidRDefault="002C74E9">
            <w:r>
              <w:rPr>
                <w:sz w:val="18"/>
              </w:rPr>
              <w:t>Шығармашылық дағдыларының, зерттеу іс-әрекетінің дамуы</w:t>
            </w:r>
          </w:p>
        </w:tc>
        <w:tc>
          <w:tcPr>
            <w:tcW w:w="1728" w:type="dxa"/>
          </w:tcPr>
          <w:p w14:paraId="358DD00F" w14:textId="77777777" w:rsidR="00D7549E" w:rsidRDefault="002C74E9">
            <w:r>
              <w:rPr>
                <w:sz w:val="18"/>
              </w:rPr>
              <w:t>Қылқаламмен бояуда оны бояуға ақырын батыруды, алынған артық бояуды құтының шетіне қылқаламды ақырын басып, ағызып жіберіп бояуды үйрету. Мүсіндеу және заттардың бейнесін жасау.</w:t>
            </w:r>
          </w:p>
        </w:tc>
        <w:tc>
          <w:tcPr>
            <w:tcW w:w="1728" w:type="dxa"/>
          </w:tcPr>
          <w:p w14:paraId="1C73A6BE" w14:textId="77777777" w:rsidR="00D7549E" w:rsidRDefault="002C74E9">
            <w:r>
              <w:rPr>
                <w:sz w:val="18"/>
              </w:rPr>
              <w:t>Қайшымен дұрыс жұмыс жасау дағдысын бекіту, шығармашылық қабілетін дамыту.</w:t>
            </w:r>
          </w:p>
        </w:tc>
        <w:tc>
          <w:tcPr>
            <w:tcW w:w="1728" w:type="dxa"/>
          </w:tcPr>
          <w:p w14:paraId="1BD091F4" w14:textId="77777777" w:rsidR="00D7549E" w:rsidRDefault="002C74E9">
            <w:r>
              <w:rPr>
                <w:sz w:val="18"/>
              </w:rPr>
              <w:t>Қоршаған ортадағы әсемдікті қабылдауға үйрету, өз бетінше сурет салу.</w:t>
            </w:r>
          </w:p>
        </w:tc>
        <w:tc>
          <w:tcPr>
            <w:tcW w:w="1728" w:type="dxa"/>
          </w:tcPr>
          <w:p w14:paraId="2B7C09B2" w14:textId="77777777" w:rsidR="00D7549E" w:rsidRDefault="002C74E9">
            <w:r>
              <w:rPr>
                <w:sz w:val="18"/>
              </w:rPr>
              <w:t>Қайшымен дұрыс жұмыс жасай алады, көркемдік жұмыстарды ұқыпты орындайды.</w:t>
            </w:r>
          </w:p>
        </w:tc>
      </w:tr>
      <w:tr w:rsidR="00D7549E" w14:paraId="339E8563" w14:textId="77777777">
        <w:trPr>
          <w:jc w:val="center"/>
        </w:trPr>
        <w:tc>
          <w:tcPr>
            <w:tcW w:w="1728" w:type="dxa"/>
          </w:tcPr>
          <w:p w14:paraId="40C1AF91" w14:textId="77777777" w:rsidR="00D7549E" w:rsidRDefault="002C74E9">
            <w:r>
              <w:rPr>
                <w:sz w:val="18"/>
              </w:rPr>
              <w:t>Әлеуметтік-эмоционалды дағдыларды қалыптастыру</w:t>
            </w:r>
          </w:p>
        </w:tc>
        <w:tc>
          <w:tcPr>
            <w:tcW w:w="1728" w:type="dxa"/>
          </w:tcPr>
          <w:p w14:paraId="617923B1" w14:textId="77777777" w:rsidR="00D7549E" w:rsidRDefault="002C74E9">
            <w:r>
              <w:rPr>
                <w:sz w:val="18"/>
              </w:rPr>
              <w:t>Туған өлкенің кейбір өсімдіктері, көкөністері мен жемістері туралы түсініктерін қалыптастыру. Ағаштардың түрлерін танып, атауға үйрету.</w:t>
            </w:r>
          </w:p>
        </w:tc>
        <w:tc>
          <w:tcPr>
            <w:tcW w:w="1728" w:type="dxa"/>
          </w:tcPr>
          <w:p w14:paraId="7F5B2B38" w14:textId="77777777" w:rsidR="00D7549E" w:rsidRDefault="002C74E9">
            <w:r>
              <w:rPr>
                <w:sz w:val="18"/>
              </w:rPr>
              <w:t>Ересектердің еңбегі туралы білімдерін кеңейту, өзара сыйластыққа баулу.</w:t>
            </w:r>
          </w:p>
        </w:tc>
        <w:tc>
          <w:tcPr>
            <w:tcW w:w="1728" w:type="dxa"/>
          </w:tcPr>
          <w:p w14:paraId="6795EF17" w14:textId="77777777" w:rsidR="00D7549E" w:rsidRDefault="002C74E9">
            <w:r>
              <w:rPr>
                <w:sz w:val="18"/>
              </w:rPr>
              <w:t>Құрдастарымен сыпайы қарым-қатынас жасауға баулу, топпен ойнауды үйрету.</w:t>
            </w:r>
          </w:p>
        </w:tc>
        <w:tc>
          <w:tcPr>
            <w:tcW w:w="1728" w:type="dxa"/>
          </w:tcPr>
          <w:p w14:paraId="7E0226FC" w14:textId="77777777" w:rsidR="00D7549E" w:rsidRDefault="002C74E9">
            <w:r>
              <w:rPr>
                <w:sz w:val="18"/>
              </w:rPr>
              <w:t>Еңбек адамдарына және олардың еңбектерінің нәтижесіне құрмет көрсетеді, II деңгей (орташа/жоғары).</w:t>
            </w:r>
          </w:p>
        </w:tc>
      </w:tr>
    </w:tbl>
    <w:p w14:paraId="636FF9E9" w14:textId="77777777" w:rsidR="00D7549E" w:rsidRDefault="002C74E9">
      <w:r>
        <w:br w:type="page"/>
      </w:r>
    </w:p>
    <w:p w14:paraId="59D33C68" w14:textId="77777777" w:rsidR="00D7549E" w:rsidRPr="00754D88" w:rsidRDefault="002C74E9">
      <w:pPr>
        <w:jc w:val="center"/>
        <w:rPr>
          <w:lang w:val="ru-RU"/>
        </w:rPr>
      </w:pPr>
      <w:r w:rsidRPr="00754D88">
        <w:rPr>
          <w:b/>
          <w:sz w:val="28"/>
          <w:lang w:val="ru-RU"/>
        </w:rPr>
        <w:lastRenderedPageBreak/>
        <w:t>2023- 2024 оқу жылына арналған баланың жеке даму картасы</w:t>
      </w:r>
    </w:p>
    <w:p w14:paraId="17C136AE" w14:textId="77777777" w:rsidR="00D7549E" w:rsidRPr="00754D88" w:rsidRDefault="002C74E9">
      <w:pPr>
        <w:rPr>
          <w:lang w:val="ru-RU"/>
        </w:rPr>
      </w:pPr>
      <w:r w:rsidRPr="00754D88">
        <w:rPr>
          <w:b/>
          <w:sz w:val="24"/>
          <w:lang w:val="ru-RU"/>
        </w:rPr>
        <w:t>Баланың Т.А.Ә: ШОШАЙ АЙСҰЛТАН</w:t>
      </w:r>
    </w:p>
    <w:p w14:paraId="6A5B5CF8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Баланың туған жылы, күні: 2021 ж. (Кіші топ)</w:t>
      </w:r>
    </w:p>
    <w:p w14:paraId="4E0A72EE" w14:textId="7AFC6D8E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Білім беру ұйымы: «</w:t>
      </w:r>
      <w:r w:rsidR="00545297">
        <w:rPr>
          <w:lang w:val="ru-RU"/>
        </w:rPr>
        <w:t>Аружан</w:t>
      </w:r>
      <w:r w:rsidRPr="00754D88">
        <w:rPr>
          <w:lang w:val="ru-RU"/>
        </w:rPr>
        <w:t>» балабақшасы</w:t>
      </w:r>
    </w:p>
    <w:p w14:paraId="01E7F054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Топ: Кіші жас тобы «Ақбота»</w:t>
      </w:r>
    </w:p>
    <w:p w14:paraId="39FB6E27" w14:textId="77777777" w:rsidR="00D7549E" w:rsidRPr="00754D88" w:rsidRDefault="00D7549E">
      <w:pPr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70"/>
        <w:gridCol w:w="1728"/>
        <w:gridCol w:w="1728"/>
        <w:gridCol w:w="1728"/>
        <w:gridCol w:w="1728"/>
      </w:tblGrid>
      <w:tr w:rsidR="00D7549E" w14:paraId="62690A39" w14:textId="77777777">
        <w:trPr>
          <w:jc w:val="center"/>
        </w:trPr>
        <w:tc>
          <w:tcPr>
            <w:tcW w:w="1728" w:type="dxa"/>
          </w:tcPr>
          <w:p w14:paraId="7DBDAB61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Құзыреттіліктер</w:t>
            </w:r>
          </w:p>
        </w:tc>
        <w:tc>
          <w:tcPr>
            <w:tcW w:w="1728" w:type="dxa"/>
          </w:tcPr>
          <w:p w14:paraId="70649794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728" w:type="dxa"/>
          </w:tcPr>
          <w:p w14:paraId="5E1805F8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1728" w:type="dxa"/>
          </w:tcPr>
          <w:p w14:paraId="5AA9E903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 бақылау нәтижелері бойынша дамыту, түзету іс-шаралары (маусым-шілде)</w:t>
            </w:r>
          </w:p>
        </w:tc>
        <w:tc>
          <w:tcPr>
            <w:tcW w:w="1728" w:type="dxa"/>
          </w:tcPr>
          <w:p w14:paraId="435D03D6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</w:t>
            </w:r>
            <w:r>
              <w:rPr>
                <w:b/>
                <w:sz w:val="19"/>
              </w:rPr>
              <w:br/>
              <w:t>(баланың даму деңгейі сәйкес келеді:</w:t>
            </w:r>
            <w:r>
              <w:rPr>
                <w:b/>
                <w:sz w:val="19"/>
              </w:rPr>
              <w:br/>
              <w:t>III деңгей – «жоғары»;</w:t>
            </w:r>
            <w:r>
              <w:rPr>
                <w:b/>
                <w:sz w:val="19"/>
              </w:rPr>
              <w:br/>
              <w:t>II деңгей – «орташа»;</w:t>
            </w:r>
            <w:r>
              <w:rPr>
                <w:b/>
                <w:sz w:val="19"/>
              </w:rPr>
              <w:br/>
              <w:t>I деңгей – «төмен»)</w:t>
            </w:r>
          </w:p>
        </w:tc>
      </w:tr>
      <w:tr w:rsidR="00D7549E" w14:paraId="3B2738D4" w14:textId="77777777">
        <w:trPr>
          <w:jc w:val="center"/>
        </w:trPr>
        <w:tc>
          <w:tcPr>
            <w:tcW w:w="1728" w:type="dxa"/>
          </w:tcPr>
          <w:p w14:paraId="72BA129B" w14:textId="77777777" w:rsidR="00D7549E" w:rsidRDefault="002C74E9">
            <w:r>
              <w:rPr>
                <w:sz w:val="18"/>
              </w:rPr>
              <w:t>Физикалық қасиеттері</w:t>
            </w:r>
          </w:p>
        </w:tc>
        <w:tc>
          <w:tcPr>
            <w:tcW w:w="1728" w:type="dxa"/>
          </w:tcPr>
          <w:p w14:paraId="6768C5B5" w14:textId="77777777" w:rsidR="00D7549E" w:rsidRDefault="002C74E9">
            <w:r>
              <w:rPr>
                <w:sz w:val="18"/>
              </w:rPr>
              <w:t>-Екі аяқтап басты затқа тигізе отырып, жоғары қарай 2-3 метр қашықтықта алға қарай жылжи отырып, тұрған жерінен ұзындыққа секіру дағдыларын қалыптастыру.</w:t>
            </w:r>
          </w:p>
        </w:tc>
        <w:tc>
          <w:tcPr>
            <w:tcW w:w="1728" w:type="dxa"/>
          </w:tcPr>
          <w:p w14:paraId="3975A545" w14:textId="77777777" w:rsidR="00D7549E" w:rsidRDefault="002C74E9">
            <w:r>
              <w:rPr>
                <w:sz w:val="18"/>
              </w:rPr>
              <w:t>Гигиеналық шараларды орындау: жуыну, шашын тару, қолды сабынмен жуу, қол орамалды қолдану.</w:t>
            </w:r>
          </w:p>
        </w:tc>
        <w:tc>
          <w:tcPr>
            <w:tcW w:w="1728" w:type="dxa"/>
          </w:tcPr>
          <w:p w14:paraId="71520CD9" w14:textId="77777777" w:rsidR="00D7549E" w:rsidRDefault="002C74E9">
            <w:r>
              <w:rPr>
                <w:sz w:val="18"/>
              </w:rPr>
              <w:t>Денешынықтыру құралдарын, спорттық және қимылды ойындар үшін атрибуттарды пайдалануға ынталандыру.</w:t>
            </w:r>
          </w:p>
        </w:tc>
        <w:tc>
          <w:tcPr>
            <w:tcW w:w="1728" w:type="dxa"/>
          </w:tcPr>
          <w:p w14:paraId="73C3D74A" w14:textId="77777777" w:rsidR="00D7549E" w:rsidRDefault="002C74E9">
            <w:r>
              <w:rPr>
                <w:sz w:val="18"/>
              </w:rPr>
              <w:t>Денсаулық үшін гигиеналық шаралардың маңыздылығы туралы түсініктері қалыптасады.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жеке заттарын қолдану (бет орамал, сүлгі, тарақ).</w:t>
            </w:r>
          </w:p>
        </w:tc>
      </w:tr>
      <w:tr w:rsidR="00D7549E" w14:paraId="66789D33" w14:textId="77777777">
        <w:trPr>
          <w:jc w:val="center"/>
        </w:trPr>
        <w:tc>
          <w:tcPr>
            <w:tcW w:w="1728" w:type="dxa"/>
          </w:tcPr>
          <w:p w14:paraId="6ABBFC19" w14:textId="77777777" w:rsidR="00D7549E" w:rsidRDefault="002C74E9">
            <w:r>
              <w:rPr>
                <w:sz w:val="18"/>
              </w:rPr>
              <w:t>Коммуникативтік дағдылары</w:t>
            </w:r>
          </w:p>
        </w:tc>
        <w:tc>
          <w:tcPr>
            <w:tcW w:w="1728" w:type="dxa"/>
          </w:tcPr>
          <w:p w14:paraId="48C3382D" w14:textId="77777777" w:rsidR="00D7549E" w:rsidRDefault="002C74E9">
            <w:r>
              <w:rPr>
                <w:sz w:val="18"/>
              </w:rPr>
              <w:t>- Суреттердегі, заттарды қарастыруда, тірі және өлі табиғат нысандарын бақылау кезінде байланыстырып сөйлеу;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 xml:space="preserve">- Шағын тақпақтар мен өлеңдерді жаттығуға үйрету. Жіңішке сөздерді ажыратуға </w:t>
            </w:r>
            <w:r>
              <w:rPr>
                <w:sz w:val="18"/>
              </w:rPr>
              <w:lastRenderedPageBreak/>
              <w:t>үйрету.</w:t>
            </w:r>
          </w:p>
        </w:tc>
        <w:tc>
          <w:tcPr>
            <w:tcW w:w="1728" w:type="dxa"/>
          </w:tcPr>
          <w:p w14:paraId="044F022C" w14:textId="77777777" w:rsidR="00D7549E" w:rsidRDefault="002C74E9">
            <w:r>
              <w:rPr>
                <w:sz w:val="18"/>
              </w:rPr>
              <w:lastRenderedPageBreak/>
              <w:t>Ертегілерді айтып беруге үйрету, сөздік қорын байыту.</w:t>
            </w:r>
          </w:p>
        </w:tc>
        <w:tc>
          <w:tcPr>
            <w:tcW w:w="1728" w:type="dxa"/>
          </w:tcPr>
          <w:p w14:paraId="66131412" w14:textId="77777777" w:rsidR="00D7549E" w:rsidRDefault="002C74E9">
            <w:r>
              <w:rPr>
                <w:sz w:val="18"/>
              </w:rPr>
              <w:t>Тілдік қарқынын өзгерту біліктерін бекіту. Артикуляциялық аппаратты одан әрі жетілдіру.</w:t>
            </w:r>
          </w:p>
        </w:tc>
        <w:tc>
          <w:tcPr>
            <w:tcW w:w="1728" w:type="dxa"/>
          </w:tcPr>
          <w:p w14:paraId="04F5D853" w14:textId="77777777" w:rsidR="00D7549E" w:rsidRDefault="002C74E9">
            <w:r>
              <w:rPr>
                <w:sz w:val="18"/>
              </w:rPr>
              <w:t>Әдеби кейіпкерлердің әрекеттеріне өзінің көзқарасын білдіре алады.</w:t>
            </w:r>
          </w:p>
        </w:tc>
      </w:tr>
      <w:tr w:rsidR="00D7549E" w14:paraId="6B65CE36" w14:textId="77777777">
        <w:trPr>
          <w:jc w:val="center"/>
        </w:trPr>
        <w:tc>
          <w:tcPr>
            <w:tcW w:w="1728" w:type="dxa"/>
          </w:tcPr>
          <w:p w14:paraId="3C339E72" w14:textId="77777777" w:rsidR="00D7549E" w:rsidRDefault="002C74E9">
            <w:r>
              <w:rPr>
                <w:sz w:val="18"/>
              </w:rPr>
              <w:t>Танымдық және зияткерлік дағдылары</w:t>
            </w:r>
          </w:p>
        </w:tc>
        <w:tc>
          <w:tcPr>
            <w:tcW w:w="1728" w:type="dxa"/>
          </w:tcPr>
          <w:p w14:paraId="23524AFD" w14:textId="77777777" w:rsidR="00D7549E" w:rsidRDefault="002C74E9">
            <w:r>
              <w:rPr>
                <w:sz w:val="18"/>
              </w:rPr>
              <w:t>- Бөлмедегі заттарды ажырату және олардың санын анықтау;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Өлшемдері қарама-қарсы және бірдей заттарды салыстыруға үйрету.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«Көп», «біреу», «бір-бірден», «бір де біреуі жоқ» ұғымдары туралы түсініктерін қалыптастыру.</w:t>
            </w:r>
          </w:p>
        </w:tc>
        <w:tc>
          <w:tcPr>
            <w:tcW w:w="1728" w:type="dxa"/>
          </w:tcPr>
          <w:p w14:paraId="2713A201" w14:textId="77777777" w:rsidR="00D7549E" w:rsidRDefault="002C74E9">
            <w:r>
              <w:rPr>
                <w:sz w:val="18"/>
              </w:rPr>
              <w:t>Командада жұмыс істей білуге үйрету, логикалық ойлауын дамыту.</w:t>
            </w:r>
          </w:p>
        </w:tc>
        <w:tc>
          <w:tcPr>
            <w:tcW w:w="1728" w:type="dxa"/>
          </w:tcPr>
          <w:p w14:paraId="373ACEE4" w14:textId="77777777" w:rsidR="00D7549E" w:rsidRDefault="002C74E9">
            <w:r>
              <w:rPr>
                <w:sz w:val="18"/>
              </w:rPr>
              <w:t>Қағаздан «оригами» үлгісі бойынша қарапайым пішіндер құрастыруға үйрету.</w:t>
            </w:r>
          </w:p>
        </w:tc>
        <w:tc>
          <w:tcPr>
            <w:tcW w:w="1728" w:type="dxa"/>
          </w:tcPr>
          <w:p w14:paraId="661FC217" w14:textId="77777777" w:rsidR="00D7549E" w:rsidRDefault="002C74E9">
            <w:r>
              <w:rPr>
                <w:sz w:val="18"/>
              </w:rPr>
              <w:t>Тең және теңсіздік туралы ұғымдарды біледі, түстер мен пішіндерді ажыратады.</w:t>
            </w:r>
          </w:p>
        </w:tc>
      </w:tr>
      <w:tr w:rsidR="00D7549E" w14:paraId="22132B07" w14:textId="77777777">
        <w:trPr>
          <w:jc w:val="center"/>
        </w:trPr>
        <w:tc>
          <w:tcPr>
            <w:tcW w:w="1728" w:type="dxa"/>
          </w:tcPr>
          <w:p w14:paraId="3BA4D000" w14:textId="77777777" w:rsidR="00D7549E" w:rsidRDefault="002C74E9">
            <w:r>
              <w:rPr>
                <w:sz w:val="18"/>
              </w:rPr>
              <w:t>Шығармашылық дағдыларының, зерттеу іс-әрекетінің дамуы</w:t>
            </w:r>
          </w:p>
        </w:tc>
        <w:tc>
          <w:tcPr>
            <w:tcW w:w="1728" w:type="dxa"/>
          </w:tcPr>
          <w:p w14:paraId="3CCC5682" w14:textId="77777777" w:rsidR="00D7549E" w:rsidRDefault="002C74E9">
            <w:r>
              <w:rPr>
                <w:sz w:val="18"/>
              </w:rPr>
              <w:t>Қылқаламмен бояуда оны бояуға ақырын батыруды, алынған артық бояуды құтының шетіне қылқаламды ақырын басып, ағызып жіберіп бояуды үйрету. Мүсіндеу және заттардың бейнесін жасау.</w:t>
            </w:r>
          </w:p>
        </w:tc>
        <w:tc>
          <w:tcPr>
            <w:tcW w:w="1728" w:type="dxa"/>
          </w:tcPr>
          <w:p w14:paraId="061F9026" w14:textId="77777777" w:rsidR="00D7549E" w:rsidRDefault="002C74E9">
            <w:r>
              <w:rPr>
                <w:sz w:val="18"/>
              </w:rPr>
              <w:t>Қайшымен дұрыс жұмыс жасау дағдысын бекіту, шығармашылық қабілетін дамыту.</w:t>
            </w:r>
          </w:p>
        </w:tc>
        <w:tc>
          <w:tcPr>
            <w:tcW w:w="1728" w:type="dxa"/>
          </w:tcPr>
          <w:p w14:paraId="03E9A9E5" w14:textId="77777777" w:rsidR="00D7549E" w:rsidRDefault="002C74E9">
            <w:r>
              <w:rPr>
                <w:sz w:val="18"/>
              </w:rPr>
              <w:t>Қоршаған ортадағы әсемдікті қабылдауға үйрету, өз бетінше сурет салу.</w:t>
            </w:r>
          </w:p>
        </w:tc>
        <w:tc>
          <w:tcPr>
            <w:tcW w:w="1728" w:type="dxa"/>
          </w:tcPr>
          <w:p w14:paraId="3627707D" w14:textId="77777777" w:rsidR="00D7549E" w:rsidRDefault="002C74E9">
            <w:r>
              <w:rPr>
                <w:sz w:val="18"/>
              </w:rPr>
              <w:t>Қайшымен дұрыс жұмыс жасай алады, көркемдік жұмыстарды ұқыпты орындайды.</w:t>
            </w:r>
          </w:p>
        </w:tc>
      </w:tr>
      <w:tr w:rsidR="00D7549E" w14:paraId="3866E95E" w14:textId="77777777">
        <w:trPr>
          <w:jc w:val="center"/>
        </w:trPr>
        <w:tc>
          <w:tcPr>
            <w:tcW w:w="1728" w:type="dxa"/>
          </w:tcPr>
          <w:p w14:paraId="5466672F" w14:textId="77777777" w:rsidR="00D7549E" w:rsidRDefault="002C74E9">
            <w:r>
              <w:rPr>
                <w:sz w:val="18"/>
              </w:rPr>
              <w:t>Әлеуметтік-эмоционалды дағдыларды қалыптастыру</w:t>
            </w:r>
          </w:p>
        </w:tc>
        <w:tc>
          <w:tcPr>
            <w:tcW w:w="1728" w:type="dxa"/>
          </w:tcPr>
          <w:p w14:paraId="77916663" w14:textId="77777777" w:rsidR="00D7549E" w:rsidRDefault="002C74E9">
            <w:r>
              <w:rPr>
                <w:sz w:val="18"/>
              </w:rPr>
              <w:t>Туған өлкенің кейбір өсімдіктері, көкөністері мен жемістері туралы түсініктерін қалыптастыру. Ағаштардың түрлерін танып, атауға үйрету.</w:t>
            </w:r>
          </w:p>
        </w:tc>
        <w:tc>
          <w:tcPr>
            <w:tcW w:w="1728" w:type="dxa"/>
          </w:tcPr>
          <w:p w14:paraId="2011EEE2" w14:textId="77777777" w:rsidR="00D7549E" w:rsidRDefault="002C74E9">
            <w:r>
              <w:rPr>
                <w:sz w:val="18"/>
              </w:rPr>
              <w:t>Ересектердің еңбегі туралы білімдерін кеңейту, өзара сыйластыққа баулу.</w:t>
            </w:r>
          </w:p>
        </w:tc>
        <w:tc>
          <w:tcPr>
            <w:tcW w:w="1728" w:type="dxa"/>
          </w:tcPr>
          <w:p w14:paraId="6B0624F2" w14:textId="77777777" w:rsidR="00D7549E" w:rsidRDefault="002C74E9">
            <w:r>
              <w:rPr>
                <w:sz w:val="18"/>
              </w:rPr>
              <w:t>Құрдастарымен сыпайы қарым-қатынас жасауға баулу, топпен ойнауды үйрету.</w:t>
            </w:r>
          </w:p>
        </w:tc>
        <w:tc>
          <w:tcPr>
            <w:tcW w:w="1728" w:type="dxa"/>
          </w:tcPr>
          <w:p w14:paraId="65C457BD" w14:textId="77777777" w:rsidR="00D7549E" w:rsidRDefault="002C74E9">
            <w:r>
              <w:rPr>
                <w:sz w:val="18"/>
              </w:rPr>
              <w:t>Еңбек адамдарына және олардың еңбектерінің нәтижесіне құрмет көрсетеді, II деңгей (орташа/жоғары).</w:t>
            </w:r>
          </w:p>
        </w:tc>
      </w:tr>
    </w:tbl>
    <w:p w14:paraId="5F1390B7" w14:textId="77777777" w:rsidR="00D7549E" w:rsidRDefault="002C74E9">
      <w:r>
        <w:br w:type="page"/>
      </w:r>
    </w:p>
    <w:p w14:paraId="0CA3A6F5" w14:textId="77777777" w:rsidR="00D7549E" w:rsidRPr="00754D88" w:rsidRDefault="002C74E9">
      <w:pPr>
        <w:jc w:val="center"/>
        <w:rPr>
          <w:lang w:val="ru-RU"/>
        </w:rPr>
      </w:pPr>
      <w:r w:rsidRPr="00754D88">
        <w:rPr>
          <w:b/>
          <w:sz w:val="28"/>
          <w:lang w:val="ru-RU"/>
        </w:rPr>
        <w:lastRenderedPageBreak/>
        <w:t>2023- 2024 оқу жылына арналған баланың жеке даму картасы</w:t>
      </w:r>
    </w:p>
    <w:p w14:paraId="7D48BCBF" w14:textId="77777777" w:rsidR="00D7549E" w:rsidRPr="00754D88" w:rsidRDefault="002C74E9">
      <w:pPr>
        <w:rPr>
          <w:lang w:val="ru-RU"/>
        </w:rPr>
      </w:pPr>
      <w:r w:rsidRPr="00754D88">
        <w:rPr>
          <w:b/>
          <w:sz w:val="24"/>
          <w:lang w:val="ru-RU"/>
        </w:rPr>
        <w:t>Баланың Т.А.Ә: ҚАЗМАН МЕДЕЯ</w:t>
      </w:r>
    </w:p>
    <w:p w14:paraId="6A7DF0FB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Баланың туған жылы, күні: 2021 ж. (Кіші топ)</w:t>
      </w:r>
    </w:p>
    <w:p w14:paraId="7C92C84A" w14:textId="0E145F74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Білім беру ұйымы: «А</w:t>
      </w:r>
      <w:r w:rsidR="00545297">
        <w:rPr>
          <w:lang w:val="ru-RU"/>
        </w:rPr>
        <w:t>ружан</w:t>
      </w:r>
      <w:r w:rsidRPr="00754D88">
        <w:rPr>
          <w:lang w:val="ru-RU"/>
        </w:rPr>
        <w:t>» балабақшасы</w:t>
      </w:r>
    </w:p>
    <w:p w14:paraId="261AA96F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Топ: Кіші жас тобы «Ақбота»</w:t>
      </w:r>
    </w:p>
    <w:p w14:paraId="67E2C630" w14:textId="77777777" w:rsidR="00D7549E" w:rsidRPr="00754D88" w:rsidRDefault="00D7549E">
      <w:pPr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70"/>
        <w:gridCol w:w="1728"/>
        <w:gridCol w:w="1728"/>
        <w:gridCol w:w="1728"/>
        <w:gridCol w:w="1728"/>
      </w:tblGrid>
      <w:tr w:rsidR="00D7549E" w14:paraId="4401EA2D" w14:textId="77777777">
        <w:trPr>
          <w:jc w:val="center"/>
        </w:trPr>
        <w:tc>
          <w:tcPr>
            <w:tcW w:w="1728" w:type="dxa"/>
          </w:tcPr>
          <w:p w14:paraId="01DA087E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Құзыреттіліктер</w:t>
            </w:r>
          </w:p>
        </w:tc>
        <w:tc>
          <w:tcPr>
            <w:tcW w:w="1728" w:type="dxa"/>
          </w:tcPr>
          <w:p w14:paraId="24847037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728" w:type="dxa"/>
          </w:tcPr>
          <w:p w14:paraId="07D1A86E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1728" w:type="dxa"/>
          </w:tcPr>
          <w:p w14:paraId="11374228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 бақылау нәтижелері бойынша дамыту, түзету іс-шаралары (маусым-шілде)</w:t>
            </w:r>
          </w:p>
        </w:tc>
        <w:tc>
          <w:tcPr>
            <w:tcW w:w="1728" w:type="dxa"/>
          </w:tcPr>
          <w:p w14:paraId="0FF1A2DE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</w:t>
            </w:r>
            <w:r>
              <w:rPr>
                <w:b/>
                <w:sz w:val="19"/>
              </w:rPr>
              <w:br/>
              <w:t>(баланың даму деңгейі сәйкес келеді:</w:t>
            </w:r>
            <w:r>
              <w:rPr>
                <w:b/>
                <w:sz w:val="19"/>
              </w:rPr>
              <w:br/>
              <w:t>III деңгей – «жоғары»;</w:t>
            </w:r>
            <w:r>
              <w:rPr>
                <w:b/>
                <w:sz w:val="19"/>
              </w:rPr>
              <w:br/>
              <w:t>II деңгей – «орташа»;</w:t>
            </w:r>
            <w:r>
              <w:rPr>
                <w:b/>
                <w:sz w:val="19"/>
              </w:rPr>
              <w:br/>
              <w:t>I деңгей – «төмен»)</w:t>
            </w:r>
          </w:p>
        </w:tc>
      </w:tr>
      <w:tr w:rsidR="00D7549E" w14:paraId="4A5F7EF3" w14:textId="77777777">
        <w:trPr>
          <w:jc w:val="center"/>
        </w:trPr>
        <w:tc>
          <w:tcPr>
            <w:tcW w:w="1728" w:type="dxa"/>
          </w:tcPr>
          <w:p w14:paraId="18819DC9" w14:textId="77777777" w:rsidR="00D7549E" w:rsidRDefault="002C74E9">
            <w:r>
              <w:rPr>
                <w:sz w:val="18"/>
              </w:rPr>
              <w:t>Физикалық қасиеттері</w:t>
            </w:r>
          </w:p>
        </w:tc>
        <w:tc>
          <w:tcPr>
            <w:tcW w:w="1728" w:type="dxa"/>
          </w:tcPr>
          <w:p w14:paraId="3F8EEEE7" w14:textId="77777777" w:rsidR="00D7549E" w:rsidRDefault="002C74E9">
            <w:r>
              <w:rPr>
                <w:sz w:val="18"/>
              </w:rPr>
              <w:t>-Екі аяқтап басты затқа тигізе отырып, жоғары қарай 2-3 метр қашықтықта алға қарай жылжи отырып, тұрған жерінен ұзындыққа секіру дағдыларын қалыптастыру.</w:t>
            </w:r>
          </w:p>
        </w:tc>
        <w:tc>
          <w:tcPr>
            <w:tcW w:w="1728" w:type="dxa"/>
          </w:tcPr>
          <w:p w14:paraId="696FE750" w14:textId="77777777" w:rsidR="00D7549E" w:rsidRDefault="002C74E9">
            <w:r>
              <w:rPr>
                <w:sz w:val="18"/>
              </w:rPr>
              <w:t>Гигиеналық шараларды орындау: жуыну, шашын тару, қолды сабынмен жуу, қол орамалды қолдану.</w:t>
            </w:r>
          </w:p>
        </w:tc>
        <w:tc>
          <w:tcPr>
            <w:tcW w:w="1728" w:type="dxa"/>
          </w:tcPr>
          <w:p w14:paraId="0509C846" w14:textId="77777777" w:rsidR="00D7549E" w:rsidRDefault="002C74E9">
            <w:r>
              <w:rPr>
                <w:sz w:val="18"/>
              </w:rPr>
              <w:t>Денешынықтыру құралдарын, спорттық және қимылды ойындар үшін атрибуттарды пайдалануға ынталандыру.</w:t>
            </w:r>
          </w:p>
        </w:tc>
        <w:tc>
          <w:tcPr>
            <w:tcW w:w="1728" w:type="dxa"/>
          </w:tcPr>
          <w:p w14:paraId="6354E198" w14:textId="77777777" w:rsidR="00D7549E" w:rsidRDefault="002C74E9">
            <w:r>
              <w:rPr>
                <w:sz w:val="18"/>
              </w:rPr>
              <w:t>Денсаулық үшін гигиеналық шаралардың маңыздылығы туралы түсініктері қалыптасады.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жеке заттарын қолдану (бет орамал, сүлгі, тарақ).</w:t>
            </w:r>
          </w:p>
        </w:tc>
      </w:tr>
      <w:tr w:rsidR="00D7549E" w14:paraId="4DEFEB84" w14:textId="77777777">
        <w:trPr>
          <w:jc w:val="center"/>
        </w:trPr>
        <w:tc>
          <w:tcPr>
            <w:tcW w:w="1728" w:type="dxa"/>
          </w:tcPr>
          <w:p w14:paraId="4C961E59" w14:textId="77777777" w:rsidR="00D7549E" w:rsidRDefault="002C74E9">
            <w:r>
              <w:rPr>
                <w:sz w:val="18"/>
              </w:rPr>
              <w:t>Коммуникативтік дағдылары</w:t>
            </w:r>
          </w:p>
        </w:tc>
        <w:tc>
          <w:tcPr>
            <w:tcW w:w="1728" w:type="dxa"/>
          </w:tcPr>
          <w:p w14:paraId="36170FA7" w14:textId="77777777" w:rsidR="00D7549E" w:rsidRDefault="002C74E9">
            <w:r>
              <w:rPr>
                <w:sz w:val="18"/>
              </w:rPr>
              <w:t>- Суреттердегі, заттарды қарастыруда, тірі және өлі табиғат нысандарын бақылау кезінде байланыстырып сөйлеу;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 xml:space="preserve">- Шағын тақпақтар мен өлеңдерді жаттығуға үйрету. Жіңішке сөздерді ажыратуға </w:t>
            </w:r>
            <w:r>
              <w:rPr>
                <w:sz w:val="18"/>
              </w:rPr>
              <w:lastRenderedPageBreak/>
              <w:t>үйрету.</w:t>
            </w:r>
          </w:p>
        </w:tc>
        <w:tc>
          <w:tcPr>
            <w:tcW w:w="1728" w:type="dxa"/>
          </w:tcPr>
          <w:p w14:paraId="2DC052E9" w14:textId="77777777" w:rsidR="00D7549E" w:rsidRDefault="002C74E9">
            <w:r>
              <w:rPr>
                <w:sz w:val="18"/>
              </w:rPr>
              <w:lastRenderedPageBreak/>
              <w:t>Ертегілерді айтып беруге үйрету, сөздік қорын байыту.</w:t>
            </w:r>
          </w:p>
        </w:tc>
        <w:tc>
          <w:tcPr>
            <w:tcW w:w="1728" w:type="dxa"/>
          </w:tcPr>
          <w:p w14:paraId="463974EF" w14:textId="77777777" w:rsidR="00D7549E" w:rsidRDefault="002C74E9">
            <w:r>
              <w:rPr>
                <w:sz w:val="18"/>
              </w:rPr>
              <w:t>Тілдік қарқынын өзгерту біліктерін бекіту. Артикуляциялық аппаратты одан әрі жетілдіру.</w:t>
            </w:r>
          </w:p>
        </w:tc>
        <w:tc>
          <w:tcPr>
            <w:tcW w:w="1728" w:type="dxa"/>
          </w:tcPr>
          <w:p w14:paraId="2547C8D2" w14:textId="77777777" w:rsidR="00D7549E" w:rsidRDefault="002C74E9">
            <w:r>
              <w:rPr>
                <w:sz w:val="18"/>
              </w:rPr>
              <w:t>Әдеби кейіпкерлердің әрекеттеріне өзінің көзқарасын білдіре алады.</w:t>
            </w:r>
          </w:p>
        </w:tc>
      </w:tr>
      <w:tr w:rsidR="00D7549E" w14:paraId="301A513E" w14:textId="77777777">
        <w:trPr>
          <w:jc w:val="center"/>
        </w:trPr>
        <w:tc>
          <w:tcPr>
            <w:tcW w:w="1728" w:type="dxa"/>
          </w:tcPr>
          <w:p w14:paraId="082B0EE2" w14:textId="77777777" w:rsidR="00D7549E" w:rsidRDefault="002C74E9">
            <w:r>
              <w:rPr>
                <w:sz w:val="18"/>
              </w:rPr>
              <w:t>Танымдық және зияткерлік дағдылары</w:t>
            </w:r>
          </w:p>
        </w:tc>
        <w:tc>
          <w:tcPr>
            <w:tcW w:w="1728" w:type="dxa"/>
          </w:tcPr>
          <w:p w14:paraId="76E6A51A" w14:textId="77777777" w:rsidR="00D7549E" w:rsidRDefault="002C74E9">
            <w:r>
              <w:rPr>
                <w:sz w:val="18"/>
              </w:rPr>
              <w:t>- Бөлмедегі заттарды ажырату және олардың санын анықтау;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Өлшемдері қарама-қарсы және бірдей заттарды салыстыруға үйрету.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«Көп», «біреу», «бір-бірден», «бір де біреуі жоқ» ұғымдары туралы түсініктерін қалыптастыру.</w:t>
            </w:r>
          </w:p>
        </w:tc>
        <w:tc>
          <w:tcPr>
            <w:tcW w:w="1728" w:type="dxa"/>
          </w:tcPr>
          <w:p w14:paraId="0958CEB5" w14:textId="77777777" w:rsidR="00D7549E" w:rsidRDefault="002C74E9">
            <w:r>
              <w:rPr>
                <w:sz w:val="18"/>
              </w:rPr>
              <w:t>Командада жұмыс істей білуге үйрету, логикалық ойлауын дамыту.</w:t>
            </w:r>
          </w:p>
        </w:tc>
        <w:tc>
          <w:tcPr>
            <w:tcW w:w="1728" w:type="dxa"/>
          </w:tcPr>
          <w:p w14:paraId="2EFEBDC3" w14:textId="77777777" w:rsidR="00D7549E" w:rsidRDefault="002C74E9">
            <w:r>
              <w:rPr>
                <w:sz w:val="18"/>
              </w:rPr>
              <w:t>Қағаздан «оригами» үлгісі бойынша қарапайым пішіндер құрастыруға үйрету.</w:t>
            </w:r>
          </w:p>
        </w:tc>
        <w:tc>
          <w:tcPr>
            <w:tcW w:w="1728" w:type="dxa"/>
          </w:tcPr>
          <w:p w14:paraId="7DC2AAAB" w14:textId="77777777" w:rsidR="00D7549E" w:rsidRDefault="002C74E9">
            <w:r>
              <w:rPr>
                <w:sz w:val="18"/>
              </w:rPr>
              <w:t>Тең және теңсіздік туралы ұғымдарды біледі, түстер мен пішіндерді ажыратады.</w:t>
            </w:r>
          </w:p>
        </w:tc>
      </w:tr>
      <w:tr w:rsidR="00D7549E" w14:paraId="37ECD273" w14:textId="77777777">
        <w:trPr>
          <w:jc w:val="center"/>
        </w:trPr>
        <w:tc>
          <w:tcPr>
            <w:tcW w:w="1728" w:type="dxa"/>
          </w:tcPr>
          <w:p w14:paraId="7CAB7962" w14:textId="77777777" w:rsidR="00D7549E" w:rsidRDefault="002C74E9">
            <w:r>
              <w:rPr>
                <w:sz w:val="18"/>
              </w:rPr>
              <w:t>Шығармашылық дағдыларының, зерттеу іс-әрекетінің дамуы</w:t>
            </w:r>
          </w:p>
        </w:tc>
        <w:tc>
          <w:tcPr>
            <w:tcW w:w="1728" w:type="dxa"/>
          </w:tcPr>
          <w:p w14:paraId="595C97D7" w14:textId="77777777" w:rsidR="00D7549E" w:rsidRDefault="002C74E9">
            <w:r>
              <w:rPr>
                <w:sz w:val="18"/>
              </w:rPr>
              <w:t>Қылқаламмен бояуда оны бояуға ақырын батыруды, алынған артық бояуды құтының шетіне қылқаламды ақырын басып, ағызып жіберіп бояуды үйрету. Мүсіндеу және заттардың бейнесін жасау.</w:t>
            </w:r>
          </w:p>
        </w:tc>
        <w:tc>
          <w:tcPr>
            <w:tcW w:w="1728" w:type="dxa"/>
          </w:tcPr>
          <w:p w14:paraId="5039FB08" w14:textId="77777777" w:rsidR="00D7549E" w:rsidRDefault="002C74E9">
            <w:r>
              <w:rPr>
                <w:sz w:val="18"/>
              </w:rPr>
              <w:t>Қайшымен дұрыс жұмыс жасау дағдысын бекіту, шығармашылық қабілетін дамыту.</w:t>
            </w:r>
          </w:p>
        </w:tc>
        <w:tc>
          <w:tcPr>
            <w:tcW w:w="1728" w:type="dxa"/>
          </w:tcPr>
          <w:p w14:paraId="5B603945" w14:textId="77777777" w:rsidR="00D7549E" w:rsidRDefault="002C74E9">
            <w:r>
              <w:rPr>
                <w:sz w:val="18"/>
              </w:rPr>
              <w:t>Қоршаған ортадағы әсемдікті қабылдауға үйрету, өз бетінше сурет салу.</w:t>
            </w:r>
          </w:p>
        </w:tc>
        <w:tc>
          <w:tcPr>
            <w:tcW w:w="1728" w:type="dxa"/>
          </w:tcPr>
          <w:p w14:paraId="15820454" w14:textId="77777777" w:rsidR="00D7549E" w:rsidRDefault="002C74E9">
            <w:r>
              <w:rPr>
                <w:sz w:val="18"/>
              </w:rPr>
              <w:t>Қайшымен дұрыс жұмыс жасай алады, көркемдік жұмыстарды ұқыпты орындайды.</w:t>
            </w:r>
          </w:p>
        </w:tc>
      </w:tr>
      <w:tr w:rsidR="00D7549E" w14:paraId="5A66E037" w14:textId="77777777">
        <w:trPr>
          <w:jc w:val="center"/>
        </w:trPr>
        <w:tc>
          <w:tcPr>
            <w:tcW w:w="1728" w:type="dxa"/>
          </w:tcPr>
          <w:p w14:paraId="135247A4" w14:textId="77777777" w:rsidR="00D7549E" w:rsidRDefault="002C74E9">
            <w:r>
              <w:rPr>
                <w:sz w:val="18"/>
              </w:rPr>
              <w:t>Әлеуметтік-эмоционалды дағдыларды қалыптастыру</w:t>
            </w:r>
          </w:p>
        </w:tc>
        <w:tc>
          <w:tcPr>
            <w:tcW w:w="1728" w:type="dxa"/>
          </w:tcPr>
          <w:p w14:paraId="56932B74" w14:textId="77777777" w:rsidR="00D7549E" w:rsidRDefault="002C74E9">
            <w:r>
              <w:rPr>
                <w:sz w:val="18"/>
              </w:rPr>
              <w:t>Туған өлкенің кейбір өсімдіктері, көкөністері мен жемістері туралы түсініктерін қалыптастыру. Ағаштардың түрлерін танып, атауға үйрету.</w:t>
            </w:r>
          </w:p>
        </w:tc>
        <w:tc>
          <w:tcPr>
            <w:tcW w:w="1728" w:type="dxa"/>
          </w:tcPr>
          <w:p w14:paraId="66F6E8EA" w14:textId="77777777" w:rsidR="00D7549E" w:rsidRDefault="002C74E9">
            <w:r>
              <w:rPr>
                <w:sz w:val="18"/>
              </w:rPr>
              <w:t>Ересектердің еңбегі туралы білімдерін кеңейту, өзара сыйластыққа баулу.</w:t>
            </w:r>
          </w:p>
        </w:tc>
        <w:tc>
          <w:tcPr>
            <w:tcW w:w="1728" w:type="dxa"/>
          </w:tcPr>
          <w:p w14:paraId="295248CD" w14:textId="77777777" w:rsidR="00D7549E" w:rsidRDefault="002C74E9">
            <w:r>
              <w:rPr>
                <w:sz w:val="18"/>
              </w:rPr>
              <w:t>Құрдастарымен сыпайы қарым-қатынас жасауға баулу, топпен ойнауды үйрету.</w:t>
            </w:r>
          </w:p>
        </w:tc>
        <w:tc>
          <w:tcPr>
            <w:tcW w:w="1728" w:type="dxa"/>
          </w:tcPr>
          <w:p w14:paraId="54BFBA9C" w14:textId="77777777" w:rsidR="00D7549E" w:rsidRDefault="002C74E9">
            <w:r>
              <w:rPr>
                <w:sz w:val="18"/>
              </w:rPr>
              <w:t>Еңбек адамдарына және олардың еңбектерінің нәтижесіне құрмет көрсетеді, II деңгей (орташа/жоғары).</w:t>
            </w:r>
          </w:p>
        </w:tc>
      </w:tr>
    </w:tbl>
    <w:p w14:paraId="37B48D40" w14:textId="77777777" w:rsidR="00D7549E" w:rsidRDefault="002C74E9">
      <w:r>
        <w:br w:type="page"/>
      </w:r>
    </w:p>
    <w:p w14:paraId="249B9FFA" w14:textId="77777777" w:rsidR="00D7549E" w:rsidRPr="00754D88" w:rsidRDefault="002C74E9">
      <w:pPr>
        <w:jc w:val="center"/>
        <w:rPr>
          <w:lang w:val="ru-RU"/>
        </w:rPr>
      </w:pPr>
      <w:r w:rsidRPr="00754D88">
        <w:rPr>
          <w:b/>
          <w:sz w:val="28"/>
          <w:lang w:val="ru-RU"/>
        </w:rPr>
        <w:lastRenderedPageBreak/>
        <w:t>2023- 2024 оқу жылына арналған баланың жеке даму картасы</w:t>
      </w:r>
    </w:p>
    <w:p w14:paraId="0154F77E" w14:textId="77777777" w:rsidR="00D7549E" w:rsidRPr="00754D88" w:rsidRDefault="002C74E9">
      <w:pPr>
        <w:rPr>
          <w:lang w:val="ru-RU"/>
        </w:rPr>
      </w:pPr>
      <w:r w:rsidRPr="00754D88">
        <w:rPr>
          <w:b/>
          <w:sz w:val="24"/>
          <w:lang w:val="ru-RU"/>
        </w:rPr>
        <w:t>Баланың Т.А.Ә: ТУРЕТАЕВА АМЕЛИ</w:t>
      </w:r>
    </w:p>
    <w:p w14:paraId="33A73CB2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Баланың туған жылы, күні: 2021 ж. (Кіші топ)</w:t>
      </w:r>
    </w:p>
    <w:p w14:paraId="31D03AAE" w14:textId="7D3B3D99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Білім беру ұйымы: «А</w:t>
      </w:r>
      <w:r w:rsidR="00545297">
        <w:rPr>
          <w:lang w:val="ru-RU"/>
        </w:rPr>
        <w:t>ружан</w:t>
      </w:r>
      <w:r w:rsidRPr="00754D88">
        <w:rPr>
          <w:lang w:val="ru-RU"/>
        </w:rPr>
        <w:t>» балабақшасы</w:t>
      </w:r>
    </w:p>
    <w:p w14:paraId="1C67E52A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Топ: Кіші жас тобы «Ақбота»</w:t>
      </w:r>
    </w:p>
    <w:p w14:paraId="58CF4413" w14:textId="77777777" w:rsidR="00D7549E" w:rsidRPr="00754D88" w:rsidRDefault="00D7549E">
      <w:pPr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70"/>
        <w:gridCol w:w="1728"/>
        <w:gridCol w:w="1728"/>
        <w:gridCol w:w="1728"/>
        <w:gridCol w:w="1728"/>
      </w:tblGrid>
      <w:tr w:rsidR="00D7549E" w14:paraId="50B4CFDB" w14:textId="77777777">
        <w:trPr>
          <w:jc w:val="center"/>
        </w:trPr>
        <w:tc>
          <w:tcPr>
            <w:tcW w:w="1728" w:type="dxa"/>
          </w:tcPr>
          <w:p w14:paraId="22737DDC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Құзыреттіліктер</w:t>
            </w:r>
          </w:p>
        </w:tc>
        <w:tc>
          <w:tcPr>
            <w:tcW w:w="1728" w:type="dxa"/>
          </w:tcPr>
          <w:p w14:paraId="43B020C3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728" w:type="dxa"/>
          </w:tcPr>
          <w:p w14:paraId="56E5A963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1728" w:type="dxa"/>
          </w:tcPr>
          <w:p w14:paraId="43A01EEB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 бақылау нәтижелері бойынша дамыту, түзету іс-шаралары (маусым-шілде)</w:t>
            </w:r>
          </w:p>
        </w:tc>
        <w:tc>
          <w:tcPr>
            <w:tcW w:w="1728" w:type="dxa"/>
          </w:tcPr>
          <w:p w14:paraId="70CF030C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</w:t>
            </w:r>
            <w:r>
              <w:rPr>
                <w:b/>
                <w:sz w:val="19"/>
              </w:rPr>
              <w:br/>
              <w:t>(баланың даму деңгейі сәйкес келеді:</w:t>
            </w:r>
            <w:r>
              <w:rPr>
                <w:b/>
                <w:sz w:val="19"/>
              </w:rPr>
              <w:br/>
              <w:t>III деңгей – «жоғары»;</w:t>
            </w:r>
            <w:r>
              <w:rPr>
                <w:b/>
                <w:sz w:val="19"/>
              </w:rPr>
              <w:br/>
              <w:t>II деңгей – «орташа»;</w:t>
            </w:r>
            <w:r>
              <w:rPr>
                <w:b/>
                <w:sz w:val="19"/>
              </w:rPr>
              <w:br/>
              <w:t>I деңгей – «төмен»)</w:t>
            </w:r>
          </w:p>
        </w:tc>
      </w:tr>
      <w:tr w:rsidR="00D7549E" w14:paraId="0DE0D8B0" w14:textId="77777777">
        <w:trPr>
          <w:jc w:val="center"/>
        </w:trPr>
        <w:tc>
          <w:tcPr>
            <w:tcW w:w="1728" w:type="dxa"/>
          </w:tcPr>
          <w:p w14:paraId="4396DEFF" w14:textId="77777777" w:rsidR="00D7549E" w:rsidRDefault="002C74E9">
            <w:r>
              <w:rPr>
                <w:sz w:val="18"/>
              </w:rPr>
              <w:t>Физикалық қасиеттері</w:t>
            </w:r>
          </w:p>
        </w:tc>
        <w:tc>
          <w:tcPr>
            <w:tcW w:w="1728" w:type="dxa"/>
          </w:tcPr>
          <w:p w14:paraId="0DF5BFB2" w14:textId="77777777" w:rsidR="00D7549E" w:rsidRDefault="002C74E9">
            <w:r>
              <w:rPr>
                <w:sz w:val="18"/>
              </w:rPr>
              <w:t>-Екі аяқтап басты затқа тигізе отырып, жоғары қарай 2-3 метр қашықтықта алға қарай жылжи отырып, тұрған жерінен ұзындыққа секіру дағдыларын қалыптастыру.</w:t>
            </w:r>
          </w:p>
        </w:tc>
        <w:tc>
          <w:tcPr>
            <w:tcW w:w="1728" w:type="dxa"/>
          </w:tcPr>
          <w:p w14:paraId="27C7C816" w14:textId="77777777" w:rsidR="00D7549E" w:rsidRDefault="002C74E9">
            <w:r>
              <w:rPr>
                <w:sz w:val="18"/>
              </w:rPr>
              <w:t>Гигиеналық шараларды орындау: жуыну, шашын тару, қолды сабынмен жуу, қол орамалды қолдану.</w:t>
            </w:r>
          </w:p>
        </w:tc>
        <w:tc>
          <w:tcPr>
            <w:tcW w:w="1728" w:type="dxa"/>
          </w:tcPr>
          <w:p w14:paraId="3653C537" w14:textId="77777777" w:rsidR="00D7549E" w:rsidRDefault="002C74E9">
            <w:r>
              <w:rPr>
                <w:sz w:val="18"/>
              </w:rPr>
              <w:t>Денешынықтыру құралдарын, спорттық және қимылды ойындар үшін атрибуттарды пайдалануға ынталандыру.</w:t>
            </w:r>
          </w:p>
        </w:tc>
        <w:tc>
          <w:tcPr>
            <w:tcW w:w="1728" w:type="dxa"/>
          </w:tcPr>
          <w:p w14:paraId="46C1A4EC" w14:textId="77777777" w:rsidR="00D7549E" w:rsidRDefault="002C74E9">
            <w:r>
              <w:rPr>
                <w:sz w:val="18"/>
              </w:rPr>
              <w:t>Денсаулық үшін гигиеналық шаралардың маңыздылығы туралы түсініктері қалыптасады.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жеке заттарын қолдану (бет орамал, сүлгі, тарақ).</w:t>
            </w:r>
          </w:p>
        </w:tc>
      </w:tr>
      <w:tr w:rsidR="00D7549E" w14:paraId="36BCB4B5" w14:textId="77777777">
        <w:trPr>
          <w:jc w:val="center"/>
        </w:trPr>
        <w:tc>
          <w:tcPr>
            <w:tcW w:w="1728" w:type="dxa"/>
          </w:tcPr>
          <w:p w14:paraId="05E5A172" w14:textId="77777777" w:rsidR="00D7549E" w:rsidRDefault="002C74E9">
            <w:r>
              <w:rPr>
                <w:sz w:val="18"/>
              </w:rPr>
              <w:t>Коммуникативтік дағдылары</w:t>
            </w:r>
          </w:p>
        </w:tc>
        <w:tc>
          <w:tcPr>
            <w:tcW w:w="1728" w:type="dxa"/>
          </w:tcPr>
          <w:p w14:paraId="556F4D28" w14:textId="77777777" w:rsidR="00D7549E" w:rsidRDefault="002C74E9">
            <w:r>
              <w:rPr>
                <w:sz w:val="18"/>
              </w:rPr>
              <w:t>- Суреттердегі, заттарды қарастыруда, тірі және өлі табиғат нысандарын бақылау кезінде байланыстырып сөйлеу;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 xml:space="preserve">- Шағын тақпақтар мен өлеңдерді жаттығуға үйрету. Жіңішке сөздерді ажыратуға </w:t>
            </w:r>
            <w:r>
              <w:rPr>
                <w:sz w:val="18"/>
              </w:rPr>
              <w:lastRenderedPageBreak/>
              <w:t>үйрету.</w:t>
            </w:r>
          </w:p>
        </w:tc>
        <w:tc>
          <w:tcPr>
            <w:tcW w:w="1728" w:type="dxa"/>
          </w:tcPr>
          <w:p w14:paraId="29EFE0F5" w14:textId="77777777" w:rsidR="00D7549E" w:rsidRDefault="002C74E9">
            <w:r>
              <w:rPr>
                <w:sz w:val="18"/>
              </w:rPr>
              <w:lastRenderedPageBreak/>
              <w:t>Ертегілерді айтып беруге үйрету, сөздік қорын байыту.</w:t>
            </w:r>
          </w:p>
        </w:tc>
        <w:tc>
          <w:tcPr>
            <w:tcW w:w="1728" w:type="dxa"/>
          </w:tcPr>
          <w:p w14:paraId="7295E048" w14:textId="77777777" w:rsidR="00D7549E" w:rsidRDefault="002C74E9">
            <w:r>
              <w:rPr>
                <w:sz w:val="18"/>
              </w:rPr>
              <w:t>Тілдік қарқынын өзгерту біліктерін бекіту. Артикуляциялық аппаратты одан әрі жетілдіру.</w:t>
            </w:r>
          </w:p>
        </w:tc>
        <w:tc>
          <w:tcPr>
            <w:tcW w:w="1728" w:type="dxa"/>
          </w:tcPr>
          <w:p w14:paraId="7ACA1CB8" w14:textId="77777777" w:rsidR="00D7549E" w:rsidRDefault="002C74E9">
            <w:r>
              <w:rPr>
                <w:sz w:val="18"/>
              </w:rPr>
              <w:t>Әдеби кейіпкерлердің әрекеттеріне өзінің көзқарасын білдіре алады.</w:t>
            </w:r>
          </w:p>
        </w:tc>
      </w:tr>
      <w:tr w:rsidR="00D7549E" w14:paraId="64903B0F" w14:textId="77777777">
        <w:trPr>
          <w:jc w:val="center"/>
        </w:trPr>
        <w:tc>
          <w:tcPr>
            <w:tcW w:w="1728" w:type="dxa"/>
          </w:tcPr>
          <w:p w14:paraId="006D52F5" w14:textId="77777777" w:rsidR="00D7549E" w:rsidRDefault="002C74E9">
            <w:r>
              <w:rPr>
                <w:sz w:val="18"/>
              </w:rPr>
              <w:t>Танымдық және зияткерлік дағдылары</w:t>
            </w:r>
          </w:p>
        </w:tc>
        <w:tc>
          <w:tcPr>
            <w:tcW w:w="1728" w:type="dxa"/>
          </w:tcPr>
          <w:p w14:paraId="7D143440" w14:textId="77777777" w:rsidR="00D7549E" w:rsidRDefault="002C74E9">
            <w:r>
              <w:rPr>
                <w:sz w:val="18"/>
              </w:rPr>
              <w:t>- Бөлмедегі заттарды ажырату және олардың санын анықтау;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Өлшемдері қарама-қарсы және бірдей заттарды салыстыруға үйрету.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«Көп», «біреу», «бір-бірден», «бір де біреуі жоқ» ұғымдары туралы түсініктерін қалыптастыру.</w:t>
            </w:r>
          </w:p>
        </w:tc>
        <w:tc>
          <w:tcPr>
            <w:tcW w:w="1728" w:type="dxa"/>
          </w:tcPr>
          <w:p w14:paraId="0B2584C0" w14:textId="77777777" w:rsidR="00D7549E" w:rsidRDefault="002C74E9">
            <w:r>
              <w:rPr>
                <w:sz w:val="18"/>
              </w:rPr>
              <w:t>Командада жұмыс істей білуге үйрету, логикалық ойлауын дамыту.</w:t>
            </w:r>
          </w:p>
        </w:tc>
        <w:tc>
          <w:tcPr>
            <w:tcW w:w="1728" w:type="dxa"/>
          </w:tcPr>
          <w:p w14:paraId="39625E64" w14:textId="77777777" w:rsidR="00D7549E" w:rsidRDefault="002C74E9">
            <w:r>
              <w:rPr>
                <w:sz w:val="18"/>
              </w:rPr>
              <w:t>Қағаздан «оригами» үлгісі бойынша қарапайым пішіндер құрастыруға үйрету.</w:t>
            </w:r>
          </w:p>
        </w:tc>
        <w:tc>
          <w:tcPr>
            <w:tcW w:w="1728" w:type="dxa"/>
          </w:tcPr>
          <w:p w14:paraId="0DCBF55A" w14:textId="77777777" w:rsidR="00D7549E" w:rsidRDefault="002C74E9">
            <w:r>
              <w:rPr>
                <w:sz w:val="18"/>
              </w:rPr>
              <w:t>Тең және теңсіздік туралы ұғымдарды біледі, түстер мен пішіндерді ажыратады.</w:t>
            </w:r>
          </w:p>
        </w:tc>
      </w:tr>
      <w:tr w:rsidR="00D7549E" w14:paraId="386AA9EE" w14:textId="77777777">
        <w:trPr>
          <w:jc w:val="center"/>
        </w:trPr>
        <w:tc>
          <w:tcPr>
            <w:tcW w:w="1728" w:type="dxa"/>
          </w:tcPr>
          <w:p w14:paraId="0C36A597" w14:textId="77777777" w:rsidR="00D7549E" w:rsidRDefault="002C74E9">
            <w:r>
              <w:rPr>
                <w:sz w:val="18"/>
              </w:rPr>
              <w:t>Шығармашылық дағдыларының, зерттеу іс-әрекетінің дамуы</w:t>
            </w:r>
          </w:p>
        </w:tc>
        <w:tc>
          <w:tcPr>
            <w:tcW w:w="1728" w:type="dxa"/>
          </w:tcPr>
          <w:p w14:paraId="277B3DFD" w14:textId="77777777" w:rsidR="00D7549E" w:rsidRDefault="002C74E9">
            <w:r>
              <w:rPr>
                <w:sz w:val="18"/>
              </w:rPr>
              <w:t>Қылқаламмен бояуда оны бояуға ақырын батыруды, алынған артық бояуды құтының шетіне қылқаламды ақырын басып, ағызып жіберіп бояуды үйрету. Мүсіндеу және заттардың бейнесін жасау.</w:t>
            </w:r>
          </w:p>
        </w:tc>
        <w:tc>
          <w:tcPr>
            <w:tcW w:w="1728" w:type="dxa"/>
          </w:tcPr>
          <w:p w14:paraId="3E05EC3A" w14:textId="77777777" w:rsidR="00D7549E" w:rsidRDefault="002C74E9">
            <w:r>
              <w:rPr>
                <w:sz w:val="18"/>
              </w:rPr>
              <w:t>Қайшымен дұрыс жұмыс жасау дағдысын бекіту, шығармашылық қабілетін дамыту.</w:t>
            </w:r>
          </w:p>
        </w:tc>
        <w:tc>
          <w:tcPr>
            <w:tcW w:w="1728" w:type="dxa"/>
          </w:tcPr>
          <w:p w14:paraId="04443455" w14:textId="77777777" w:rsidR="00D7549E" w:rsidRDefault="002C74E9">
            <w:r>
              <w:rPr>
                <w:sz w:val="18"/>
              </w:rPr>
              <w:t>Қоршаған ортадағы әсемдікті қабылдауға үйрету, өз бетінше сурет салу.</w:t>
            </w:r>
          </w:p>
        </w:tc>
        <w:tc>
          <w:tcPr>
            <w:tcW w:w="1728" w:type="dxa"/>
          </w:tcPr>
          <w:p w14:paraId="47984A64" w14:textId="77777777" w:rsidR="00D7549E" w:rsidRDefault="002C74E9">
            <w:r>
              <w:rPr>
                <w:sz w:val="18"/>
              </w:rPr>
              <w:t>Қайшымен дұрыс жұмыс жасай алады, көркемдік жұмыстарды ұқыпты орындайды.</w:t>
            </w:r>
          </w:p>
        </w:tc>
      </w:tr>
      <w:tr w:rsidR="00D7549E" w14:paraId="001EA74E" w14:textId="77777777">
        <w:trPr>
          <w:jc w:val="center"/>
        </w:trPr>
        <w:tc>
          <w:tcPr>
            <w:tcW w:w="1728" w:type="dxa"/>
          </w:tcPr>
          <w:p w14:paraId="6F05F3DD" w14:textId="77777777" w:rsidR="00D7549E" w:rsidRDefault="002C74E9">
            <w:r>
              <w:rPr>
                <w:sz w:val="18"/>
              </w:rPr>
              <w:t>Әлеуметтік-эмоционалды дағдыларды қалыптастыру</w:t>
            </w:r>
          </w:p>
        </w:tc>
        <w:tc>
          <w:tcPr>
            <w:tcW w:w="1728" w:type="dxa"/>
          </w:tcPr>
          <w:p w14:paraId="52694E69" w14:textId="77777777" w:rsidR="00D7549E" w:rsidRDefault="002C74E9">
            <w:r>
              <w:rPr>
                <w:sz w:val="18"/>
              </w:rPr>
              <w:t>Туған өлкенің кейбір өсімдіктері, көкөністері мен жемістері туралы түсініктерін қалыптастыру. Ағаштардың түрлерін танып, атауға үйрету.</w:t>
            </w:r>
          </w:p>
        </w:tc>
        <w:tc>
          <w:tcPr>
            <w:tcW w:w="1728" w:type="dxa"/>
          </w:tcPr>
          <w:p w14:paraId="2CF1E5FE" w14:textId="77777777" w:rsidR="00D7549E" w:rsidRDefault="002C74E9">
            <w:r>
              <w:rPr>
                <w:sz w:val="18"/>
              </w:rPr>
              <w:t>Ересектердің еңбегі туралы білімдерін кеңейту, өзара сыйластыққа баулу.</w:t>
            </w:r>
          </w:p>
        </w:tc>
        <w:tc>
          <w:tcPr>
            <w:tcW w:w="1728" w:type="dxa"/>
          </w:tcPr>
          <w:p w14:paraId="5710FE90" w14:textId="77777777" w:rsidR="00D7549E" w:rsidRDefault="002C74E9">
            <w:r>
              <w:rPr>
                <w:sz w:val="18"/>
              </w:rPr>
              <w:t>Құрдастарымен сыпайы қарым-қатынас жасауға баулу, топпен ойнауды үйрету.</w:t>
            </w:r>
          </w:p>
        </w:tc>
        <w:tc>
          <w:tcPr>
            <w:tcW w:w="1728" w:type="dxa"/>
          </w:tcPr>
          <w:p w14:paraId="4202CA7B" w14:textId="77777777" w:rsidR="00D7549E" w:rsidRDefault="002C74E9">
            <w:r>
              <w:rPr>
                <w:sz w:val="18"/>
              </w:rPr>
              <w:t>Еңбек адамдарына және олардың еңбектерінің нәтижесіне құрмет көрсетеді, II деңгей (орташа/жоғары).</w:t>
            </w:r>
          </w:p>
        </w:tc>
      </w:tr>
    </w:tbl>
    <w:p w14:paraId="33050DEA" w14:textId="77777777" w:rsidR="00D7549E" w:rsidRDefault="002C74E9">
      <w:r>
        <w:br w:type="page"/>
      </w:r>
    </w:p>
    <w:p w14:paraId="63F394C9" w14:textId="77777777" w:rsidR="00D7549E" w:rsidRPr="00754D88" w:rsidRDefault="002C74E9">
      <w:pPr>
        <w:jc w:val="center"/>
        <w:rPr>
          <w:lang w:val="ru-RU"/>
        </w:rPr>
      </w:pPr>
      <w:r w:rsidRPr="00754D88">
        <w:rPr>
          <w:b/>
          <w:sz w:val="28"/>
          <w:lang w:val="ru-RU"/>
        </w:rPr>
        <w:lastRenderedPageBreak/>
        <w:t>2023- 2024 оқу жылына арналған баланың жеке даму картасы</w:t>
      </w:r>
    </w:p>
    <w:p w14:paraId="129FD5E3" w14:textId="77777777" w:rsidR="00D7549E" w:rsidRPr="00754D88" w:rsidRDefault="002C74E9">
      <w:pPr>
        <w:rPr>
          <w:lang w:val="ru-RU"/>
        </w:rPr>
      </w:pPr>
      <w:r w:rsidRPr="00754D88">
        <w:rPr>
          <w:b/>
          <w:sz w:val="24"/>
          <w:lang w:val="ru-RU"/>
        </w:rPr>
        <w:t>Баланың Т.А.Ә: АКПАРОВА ДАНИЯ</w:t>
      </w:r>
    </w:p>
    <w:p w14:paraId="18DD2A67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Баланың туған жылы, күні: 2021 ж. (Кіші топ)</w:t>
      </w:r>
    </w:p>
    <w:p w14:paraId="77B06916" w14:textId="35FD057A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Білім беру ұйымы: «А</w:t>
      </w:r>
      <w:r w:rsidR="00545297">
        <w:rPr>
          <w:lang w:val="ru-RU"/>
        </w:rPr>
        <w:t>ружан</w:t>
      </w:r>
      <w:r w:rsidRPr="00754D88">
        <w:rPr>
          <w:lang w:val="ru-RU"/>
        </w:rPr>
        <w:t>» балабақшасы</w:t>
      </w:r>
    </w:p>
    <w:p w14:paraId="45BC6F9F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Топ: Кіші жас тобы «Ақбота»</w:t>
      </w:r>
    </w:p>
    <w:p w14:paraId="6912FFB3" w14:textId="77777777" w:rsidR="00D7549E" w:rsidRPr="00754D88" w:rsidRDefault="00D7549E">
      <w:pPr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70"/>
        <w:gridCol w:w="1728"/>
        <w:gridCol w:w="1728"/>
        <w:gridCol w:w="1728"/>
        <w:gridCol w:w="1728"/>
      </w:tblGrid>
      <w:tr w:rsidR="00D7549E" w14:paraId="2234356F" w14:textId="77777777">
        <w:trPr>
          <w:jc w:val="center"/>
        </w:trPr>
        <w:tc>
          <w:tcPr>
            <w:tcW w:w="1728" w:type="dxa"/>
          </w:tcPr>
          <w:p w14:paraId="18E8672C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Құзыреттіліктер</w:t>
            </w:r>
          </w:p>
        </w:tc>
        <w:tc>
          <w:tcPr>
            <w:tcW w:w="1728" w:type="dxa"/>
          </w:tcPr>
          <w:p w14:paraId="26CAC11A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728" w:type="dxa"/>
          </w:tcPr>
          <w:p w14:paraId="4B5ECC2D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1728" w:type="dxa"/>
          </w:tcPr>
          <w:p w14:paraId="0ECBAA00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 бақылау нәтижелері бойынша дамыту, түзету іс-шаралары (маусым-шілде)</w:t>
            </w:r>
          </w:p>
        </w:tc>
        <w:tc>
          <w:tcPr>
            <w:tcW w:w="1728" w:type="dxa"/>
          </w:tcPr>
          <w:p w14:paraId="364578B3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</w:t>
            </w:r>
            <w:r>
              <w:rPr>
                <w:b/>
                <w:sz w:val="19"/>
              </w:rPr>
              <w:br/>
              <w:t>(баланың даму деңгейі сәйкес келеді:</w:t>
            </w:r>
            <w:r>
              <w:rPr>
                <w:b/>
                <w:sz w:val="19"/>
              </w:rPr>
              <w:br/>
              <w:t>III деңгей – «жоғары»;</w:t>
            </w:r>
            <w:r>
              <w:rPr>
                <w:b/>
                <w:sz w:val="19"/>
              </w:rPr>
              <w:br/>
              <w:t>II деңгей – «орташа»;</w:t>
            </w:r>
            <w:r>
              <w:rPr>
                <w:b/>
                <w:sz w:val="19"/>
              </w:rPr>
              <w:br/>
              <w:t>I деңгей – «төмен»)</w:t>
            </w:r>
          </w:p>
        </w:tc>
      </w:tr>
      <w:tr w:rsidR="00D7549E" w14:paraId="1F85821C" w14:textId="77777777">
        <w:trPr>
          <w:jc w:val="center"/>
        </w:trPr>
        <w:tc>
          <w:tcPr>
            <w:tcW w:w="1728" w:type="dxa"/>
          </w:tcPr>
          <w:p w14:paraId="47F2A4F6" w14:textId="77777777" w:rsidR="00D7549E" w:rsidRDefault="002C74E9">
            <w:r>
              <w:rPr>
                <w:sz w:val="18"/>
              </w:rPr>
              <w:t>Физикалық қасиеттері</w:t>
            </w:r>
          </w:p>
        </w:tc>
        <w:tc>
          <w:tcPr>
            <w:tcW w:w="1728" w:type="dxa"/>
          </w:tcPr>
          <w:p w14:paraId="42AF4FB4" w14:textId="77777777" w:rsidR="00D7549E" w:rsidRDefault="002C74E9">
            <w:r>
              <w:rPr>
                <w:sz w:val="18"/>
              </w:rPr>
              <w:t>-Екі аяқтап басты затқа тигізе отырып, жоғары қарай 2-3 метр қашықтықта алға қарай жылжи отырып, тұрған жерінен ұзындыққа секіру дағдыларын қалыптастыру.</w:t>
            </w:r>
          </w:p>
        </w:tc>
        <w:tc>
          <w:tcPr>
            <w:tcW w:w="1728" w:type="dxa"/>
          </w:tcPr>
          <w:p w14:paraId="5A917A2A" w14:textId="77777777" w:rsidR="00D7549E" w:rsidRDefault="002C74E9">
            <w:r>
              <w:rPr>
                <w:sz w:val="18"/>
              </w:rPr>
              <w:t>Гигиеналық шараларды орындау: жуыну, шашын тару, қолды сабынмен жуу, қол орамалды қолдану.</w:t>
            </w:r>
          </w:p>
        </w:tc>
        <w:tc>
          <w:tcPr>
            <w:tcW w:w="1728" w:type="dxa"/>
          </w:tcPr>
          <w:p w14:paraId="1A088BEE" w14:textId="77777777" w:rsidR="00D7549E" w:rsidRDefault="002C74E9">
            <w:r>
              <w:rPr>
                <w:sz w:val="18"/>
              </w:rPr>
              <w:t>Денешынықтыру құралдарын, спорттық және қимылды ойындар үшін атрибуттарды пайдалануға ынталандыру.</w:t>
            </w:r>
          </w:p>
        </w:tc>
        <w:tc>
          <w:tcPr>
            <w:tcW w:w="1728" w:type="dxa"/>
          </w:tcPr>
          <w:p w14:paraId="54ECE7CD" w14:textId="77777777" w:rsidR="00D7549E" w:rsidRDefault="002C74E9">
            <w:r>
              <w:rPr>
                <w:sz w:val="18"/>
              </w:rPr>
              <w:t>Денсаулық үшін гигиеналық шаралардың маңыздылығы туралы түсініктері қалыптасады.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жеке заттарын қолдану (бет орамал, сүлгі, тарақ).</w:t>
            </w:r>
          </w:p>
        </w:tc>
      </w:tr>
      <w:tr w:rsidR="00D7549E" w14:paraId="556D4EF1" w14:textId="77777777">
        <w:trPr>
          <w:jc w:val="center"/>
        </w:trPr>
        <w:tc>
          <w:tcPr>
            <w:tcW w:w="1728" w:type="dxa"/>
          </w:tcPr>
          <w:p w14:paraId="5FDD2F75" w14:textId="77777777" w:rsidR="00D7549E" w:rsidRDefault="002C74E9">
            <w:r>
              <w:rPr>
                <w:sz w:val="18"/>
              </w:rPr>
              <w:t>Коммуникативтік дағдылары</w:t>
            </w:r>
          </w:p>
        </w:tc>
        <w:tc>
          <w:tcPr>
            <w:tcW w:w="1728" w:type="dxa"/>
          </w:tcPr>
          <w:p w14:paraId="437279B0" w14:textId="77777777" w:rsidR="00D7549E" w:rsidRDefault="002C74E9">
            <w:r>
              <w:rPr>
                <w:sz w:val="18"/>
              </w:rPr>
              <w:t>- Суреттердегі, заттарды қарастыруда, тірі және өлі табиғат нысандарын бақылау кезінде байланыстырып сөйлеу;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 xml:space="preserve">- Шағын тақпақтар мен өлеңдерді жаттығуға үйрету. Жіңішке сөздерді ажыратуға </w:t>
            </w:r>
            <w:r>
              <w:rPr>
                <w:sz w:val="18"/>
              </w:rPr>
              <w:lastRenderedPageBreak/>
              <w:t>үйрету.</w:t>
            </w:r>
          </w:p>
        </w:tc>
        <w:tc>
          <w:tcPr>
            <w:tcW w:w="1728" w:type="dxa"/>
          </w:tcPr>
          <w:p w14:paraId="19B33B24" w14:textId="77777777" w:rsidR="00D7549E" w:rsidRDefault="002C74E9">
            <w:r>
              <w:rPr>
                <w:sz w:val="18"/>
              </w:rPr>
              <w:lastRenderedPageBreak/>
              <w:t>Ертегілерді айтып беруге үйрету, сөздік қорын байыту.</w:t>
            </w:r>
          </w:p>
        </w:tc>
        <w:tc>
          <w:tcPr>
            <w:tcW w:w="1728" w:type="dxa"/>
          </w:tcPr>
          <w:p w14:paraId="0BF0A4A1" w14:textId="77777777" w:rsidR="00D7549E" w:rsidRDefault="002C74E9">
            <w:r>
              <w:rPr>
                <w:sz w:val="18"/>
              </w:rPr>
              <w:t>Тілдік қарқынын өзгерту біліктерін бекіту. Артикуляциялық аппаратты одан әрі жетілдіру.</w:t>
            </w:r>
          </w:p>
        </w:tc>
        <w:tc>
          <w:tcPr>
            <w:tcW w:w="1728" w:type="dxa"/>
          </w:tcPr>
          <w:p w14:paraId="29E87215" w14:textId="77777777" w:rsidR="00D7549E" w:rsidRDefault="002C74E9">
            <w:r>
              <w:rPr>
                <w:sz w:val="18"/>
              </w:rPr>
              <w:t>Әдеби кейіпкерлердің әрекеттеріне өзінің көзқарасын білдіре алады.</w:t>
            </w:r>
          </w:p>
        </w:tc>
      </w:tr>
      <w:tr w:rsidR="00D7549E" w14:paraId="21DCFE29" w14:textId="77777777">
        <w:trPr>
          <w:jc w:val="center"/>
        </w:trPr>
        <w:tc>
          <w:tcPr>
            <w:tcW w:w="1728" w:type="dxa"/>
          </w:tcPr>
          <w:p w14:paraId="5D7A600C" w14:textId="77777777" w:rsidR="00D7549E" w:rsidRDefault="002C74E9">
            <w:r>
              <w:rPr>
                <w:sz w:val="18"/>
              </w:rPr>
              <w:t>Танымдық және зияткерлік дағдылары</w:t>
            </w:r>
          </w:p>
        </w:tc>
        <w:tc>
          <w:tcPr>
            <w:tcW w:w="1728" w:type="dxa"/>
          </w:tcPr>
          <w:p w14:paraId="3AC386CC" w14:textId="77777777" w:rsidR="00D7549E" w:rsidRDefault="002C74E9">
            <w:r>
              <w:rPr>
                <w:sz w:val="18"/>
              </w:rPr>
              <w:t>- Бөлмедегі заттарды ажырату және олардың санын анықтау;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Өлшемдері қарама-қарсы және бірдей заттарды салыстыруға үйрету.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«Көп», «біреу», «бір-бірден», «бір де біреуі жоқ» ұғымдары туралы түсініктерін қалыптастыру.</w:t>
            </w:r>
          </w:p>
        </w:tc>
        <w:tc>
          <w:tcPr>
            <w:tcW w:w="1728" w:type="dxa"/>
          </w:tcPr>
          <w:p w14:paraId="7A172329" w14:textId="77777777" w:rsidR="00D7549E" w:rsidRDefault="002C74E9">
            <w:r>
              <w:rPr>
                <w:sz w:val="18"/>
              </w:rPr>
              <w:t>Командада жұмыс істей білуге үйрету, логикалық ойлауын дамыту.</w:t>
            </w:r>
          </w:p>
        </w:tc>
        <w:tc>
          <w:tcPr>
            <w:tcW w:w="1728" w:type="dxa"/>
          </w:tcPr>
          <w:p w14:paraId="64ACE10A" w14:textId="77777777" w:rsidR="00D7549E" w:rsidRDefault="002C74E9">
            <w:r>
              <w:rPr>
                <w:sz w:val="18"/>
              </w:rPr>
              <w:t>Қағаздан «оригами» үлгісі бойынша қарапайым пішіндер құрастыруға үйрету.</w:t>
            </w:r>
          </w:p>
        </w:tc>
        <w:tc>
          <w:tcPr>
            <w:tcW w:w="1728" w:type="dxa"/>
          </w:tcPr>
          <w:p w14:paraId="5742344B" w14:textId="77777777" w:rsidR="00D7549E" w:rsidRDefault="002C74E9">
            <w:r>
              <w:rPr>
                <w:sz w:val="18"/>
              </w:rPr>
              <w:t>Тең және теңсіздік туралы ұғымдарды біледі, түстер мен пішіндерді ажыратады.</w:t>
            </w:r>
          </w:p>
        </w:tc>
      </w:tr>
      <w:tr w:rsidR="00D7549E" w14:paraId="25709D9F" w14:textId="77777777">
        <w:trPr>
          <w:jc w:val="center"/>
        </w:trPr>
        <w:tc>
          <w:tcPr>
            <w:tcW w:w="1728" w:type="dxa"/>
          </w:tcPr>
          <w:p w14:paraId="360F275D" w14:textId="77777777" w:rsidR="00D7549E" w:rsidRDefault="002C74E9">
            <w:r>
              <w:rPr>
                <w:sz w:val="18"/>
              </w:rPr>
              <w:t>Шығармашылық дағдыларының, зерттеу іс-әрекетінің дамуы</w:t>
            </w:r>
          </w:p>
        </w:tc>
        <w:tc>
          <w:tcPr>
            <w:tcW w:w="1728" w:type="dxa"/>
          </w:tcPr>
          <w:p w14:paraId="7E65E4A9" w14:textId="77777777" w:rsidR="00D7549E" w:rsidRDefault="002C74E9">
            <w:r>
              <w:rPr>
                <w:sz w:val="18"/>
              </w:rPr>
              <w:t>Қылқаламмен бояуда оны бояуға ақырын батыруды, алынған артық бояуды құтының шетіне қылқаламды ақырын басып, ағызып жіберіп бояуды үйрету. Мүсіндеу және заттардың бейнесін жасау.</w:t>
            </w:r>
          </w:p>
        </w:tc>
        <w:tc>
          <w:tcPr>
            <w:tcW w:w="1728" w:type="dxa"/>
          </w:tcPr>
          <w:p w14:paraId="26022B58" w14:textId="77777777" w:rsidR="00D7549E" w:rsidRDefault="002C74E9">
            <w:r>
              <w:rPr>
                <w:sz w:val="18"/>
              </w:rPr>
              <w:t>Қайшымен дұрыс жұмыс жасау дағдысын бекіту, шығармашылық қабілетін дамыту.</w:t>
            </w:r>
          </w:p>
        </w:tc>
        <w:tc>
          <w:tcPr>
            <w:tcW w:w="1728" w:type="dxa"/>
          </w:tcPr>
          <w:p w14:paraId="3C45A3DD" w14:textId="77777777" w:rsidR="00D7549E" w:rsidRDefault="002C74E9">
            <w:r>
              <w:rPr>
                <w:sz w:val="18"/>
              </w:rPr>
              <w:t>Қоршаған ортадағы әсемдікті қабылдауға үйрету, өз бетінше сурет салу.</w:t>
            </w:r>
          </w:p>
        </w:tc>
        <w:tc>
          <w:tcPr>
            <w:tcW w:w="1728" w:type="dxa"/>
          </w:tcPr>
          <w:p w14:paraId="56AC2768" w14:textId="77777777" w:rsidR="00D7549E" w:rsidRDefault="002C74E9">
            <w:r>
              <w:rPr>
                <w:sz w:val="18"/>
              </w:rPr>
              <w:t>Қайшымен дұрыс жұмыс жасай алады, көркемдік жұмыстарды ұқыпты орындайды.</w:t>
            </w:r>
          </w:p>
        </w:tc>
      </w:tr>
      <w:tr w:rsidR="00D7549E" w14:paraId="1898A828" w14:textId="77777777">
        <w:trPr>
          <w:jc w:val="center"/>
        </w:trPr>
        <w:tc>
          <w:tcPr>
            <w:tcW w:w="1728" w:type="dxa"/>
          </w:tcPr>
          <w:p w14:paraId="6C5B9242" w14:textId="77777777" w:rsidR="00D7549E" w:rsidRDefault="002C74E9">
            <w:r>
              <w:rPr>
                <w:sz w:val="18"/>
              </w:rPr>
              <w:t>Әлеуметтік-эмоционалды дағдыларды қалыптастыру</w:t>
            </w:r>
          </w:p>
        </w:tc>
        <w:tc>
          <w:tcPr>
            <w:tcW w:w="1728" w:type="dxa"/>
          </w:tcPr>
          <w:p w14:paraId="1006E258" w14:textId="77777777" w:rsidR="00D7549E" w:rsidRDefault="002C74E9">
            <w:r>
              <w:rPr>
                <w:sz w:val="18"/>
              </w:rPr>
              <w:t>Туған өлкенің кейбір өсімдіктері, көкөністері мен жемістері туралы түсініктерін қалыптастыру. Ағаштардың түрлерін танып, атауға үйрету.</w:t>
            </w:r>
          </w:p>
        </w:tc>
        <w:tc>
          <w:tcPr>
            <w:tcW w:w="1728" w:type="dxa"/>
          </w:tcPr>
          <w:p w14:paraId="732600E3" w14:textId="77777777" w:rsidR="00D7549E" w:rsidRDefault="002C74E9">
            <w:r>
              <w:rPr>
                <w:sz w:val="18"/>
              </w:rPr>
              <w:t>Ересектердің еңбегі туралы білімдерін кеңейту, өзара сыйластыққа баулу.</w:t>
            </w:r>
          </w:p>
        </w:tc>
        <w:tc>
          <w:tcPr>
            <w:tcW w:w="1728" w:type="dxa"/>
          </w:tcPr>
          <w:p w14:paraId="13FD0A24" w14:textId="77777777" w:rsidR="00D7549E" w:rsidRDefault="002C74E9">
            <w:r>
              <w:rPr>
                <w:sz w:val="18"/>
              </w:rPr>
              <w:t>Құрдастарымен сыпайы қарым-қатынас жасауға баулу, топпен ойнауды үйрету.</w:t>
            </w:r>
          </w:p>
        </w:tc>
        <w:tc>
          <w:tcPr>
            <w:tcW w:w="1728" w:type="dxa"/>
          </w:tcPr>
          <w:p w14:paraId="6D7ABC5A" w14:textId="77777777" w:rsidR="00D7549E" w:rsidRDefault="002C74E9">
            <w:r>
              <w:rPr>
                <w:sz w:val="18"/>
              </w:rPr>
              <w:t>Еңбек адамдарына және олардың еңбектерінің нәтижесіне құрмет көрсетеді, II деңгей (орташа/жоғары).</w:t>
            </w:r>
          </w:p>
        </w:tc>
      </w:tr>
    </w:tbl>
    <w:p w14:paraId="3377C9E5" w14:textId="77777777" w:rsidR="00D7549E" w:rsidRDefault="002C74E9">
      <w:r>
        <w:br w:type="page"/>
      </w:r>
    </w:p>
    <w:p w14:paraId="158914FC" w14:textId="77777777" w:rsidR="00D7549E" w:rsidRPr="00754D88" w:rsidRDefault="002C74E9">
      <w:pPr>
        <w:jc w:val="center"/>
        <w:rPr>
          <w:lang w:val="ru-RU"/>
        </w:rPr>
      </w:pPr>
      <w:r w:rsidRPr="00754D88">
        <w:rPr>
          <w:b/>
          <w:sz w:val="28"/>
          <w:lang w:val="ru-RU"/>
        </w:rPr>
        <w:lastRenderedPageBreak/>
        <w:t>2023- 2024 оқу жылына арналған баланың жеке даму картасы</w:t>
      </w:r>
    </w:p>
    <w:p w14:paraId="46F6C344" w14:textId="77777777" w:rsidR="00D7549E" w:rsidRPr="00754D88" w:rsidRDefault="002C74E9">
      <w:pPr>
        <w:rPr>
          <w:lang w:val="ru-RU"/>
        </w:rPr>
      </w:pPr>
      <w:r w:rsidRPr="00754D88">
        <w:rPr>
          <w:b/>
          <w:sz w:val="24"/>
          <w:lang w:val="ru-RU"/>
        </w:rPr>
        <w:t>Баланың Т.А.Ә: САНСЫЗБАЕВА ДИЛИЯ</w:t>
      </w:r>
    </w:p>
    <w:p w14:paraId="03ADD8A1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Баланың туған жылы, күні: 2021 ж. (Кіші топ)</w:t>
      </w:r>
    </w:p>
    <w:p w14:paraId="3F5C528F" w14:textId="41BE511D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Білім беру ұйымы: «А</w:t>
      </w:r>
      <w:r w:rsidR="00545297">
        <w:rPr>
          <w:lang w:val="ru-RU"/>
        </w:rPr>
        <w:t>ружан</w:t>
      </w:r>
      <w:r w:rsidRPr="00754D88">
        <w:rPr>
          <w:lang w:val="ru-RU"/>
        </w:rPr>
        <w:t>» балабақшасы</w:t>
      </w:r>
    </w:p>
    <w:p w14:paraId="53D80905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Топ: Кіші жас тобы «Ақбота»</w:t>
      </w:r>
    </w:p>
    <w:p w14:paraId="21DEF330" w14:textId="77777777" w:rsidR="00D7549E" w:rsidRPr="00754D88" w:rsidRDefault="00D7549E">
      <w:pPr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70"/>
        <w:gridCol w:w="1728"/>
        <w:gridCol w:w="1728"/>
        <w:gridCol w:w="1728"/>
        <w:gridCol w:w="1728"/>
      </w:tblGrid>
      <w:tr w:rsidR="00D7549E" w14:paraId="41123A52" w14:textId="77777777">
        <w:trPr>
          <w:jc w:val="center"/>
        </w:trPr>
        <w:tc>
          <w:tcPr>
            <w:tcW w:w="1728" w:type="dxa"/>
          </w:tcPr>
          <w:p w14:paraId="01244146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Құзыреттіліктер</w:t>
            </w:r>
          </w:p>
        </w:tc>
        <w:tc>
          <w:tcPr>
            <w:tcW w:w="1728" w:type="dxa"/>
          </w:tcPr>
          <w:p w14:paraId="66E8BCD2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728" w:type="dxa"/>
          </w:tcPr>
          <w:p w14:paraId="09A0AC72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1728" w:type="dxa"/>
          </w:tcPr>
          <w:p w14:paraId="74043C6C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 бақылау нәтижелері бойынша дамыту, түзету іс-шаралары (маусым-шілде)</w:t>
            </w:r>
          </w:p>
        </w:tc>
        <w:tc>
          <w:tcPr>
            <w:tcW w:w="1728" w:type="dxa"/>
          </w:tcPr>
          <w:p w14:paraId="618EDF1D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</w:t>
            </w:r>
            <w:r>
              <w:rPr>
                <w:b/>
                <w:sz w:val="19"/>
              </w:rPr>
              <w:br/>
              <w:t>(баланың даму деңгейі сәйкес келеді:</w:t>
            </w:r>
            <w:r>
              <w:rPr>
                <w:b/>
                <w:sz w:val="19"/>
              </w:rPr>
              <w:br/>
              <w:t>III деңгей – «жоғары»;</w:t>
            </w:r>
            <w:r>
              <w:rPr>
                <w:b/>
                <w:sz w:val="19"/>
              </w:rPr>
              <w:br/>
              <w:t>II деңгей – «орташа»;</w:t>
            </w:r>
            <w:r>
              <w:rPr>
                <w:b/>
                <w:sz w:val="19"/>
              </w:rPr>
              <w:br/>
              <w:t>I деңгей – «төмен»)</w:t>
            </w:r>
          </w:p>
        </w:tc>
      </w:tr>
      <w:tr w:rsidR="00D7549E" w14:paraId="39C482E9" w14:textId="77777777">
        <w:trPr>
          <w:jc w:val="center"/>
        </w:trPr>
        <w:tc>
          <w:tcPr>
            <w:tcW w:w="1728" w:type="dxa"/>
          </w:tcPr>
          <w:p w14:paraId="73542D02" w14:textId="77777777" w:rsidR="00D7549E" w:rsidRDefault="002C74E9">
            <w:r>
              <w:rPr>
                <w:sz w:val="18"/>
              </w:rPr>
              <w:t>Физикалық қасиеттері</w:t>
            </w:r>
          </w:p>
        </w:tc>
        <w:tc>
          <w:tcPr>
            <w:tcW w:w="1728" w:type="dxa"/>
          </w:tcPr>
          <w:p w14:paraId="7F4FA207" w14:textId="77777777" w:rsidR="00D7549E" w:rsidRDefault="002C74E9">
            <w:r>
              <w:rPr>
                <w:sz w:val="18"/>
              </w:rPr>
              <w:t>-Екі аяқтап басты затқа тигізе отырып, жоғары қарай 2-3 метр қашықтықта алға қарай жылжи отырып, тұрған жерінен ұзындыққа секіру дағдыларын қалыптастыру.</w:t>
            </w:r>
          </w:p>
        </w:tc>
        <w:tc>
          <w:tcPr>
            <w:tcW w:w="1728" w:type="dxa"/>
          </w:tcPr>
          <w:p w14:paraId="2D07F3EF" w14:textId="77777777" w:rsidR="00D7549E" w:rsidRDefault="002C74E9">
            <w:r>
              <w:rPr>
                <w:sz w:val="18"/>
              </w:rPr>
              <w:t>Гигиеналық шараларды орындау: жуыну, шашын тару, қолды сабынмен жуу, қол орамалды қолдану.</w:t>
            </w:r>
          </w:p>
        </w:tc>
        <w:tc>
          <w:tcPr>
            <w:tcW w:w="1728" w:type="dxa"/>
          </w:tcPr>
          <w:p w14:paraId="2525E860" w14:textId="77777777" w:rsidR="00D7549E" w:rsidRDefault="002C74E9">
            <w:r>
              <w:rPr>
                <w:sz w:val="18"/>
              </w:rPr>
              <w:t>Денешынықтыру құралдарын, спорттық және қимылды ойындар үшін атрибуттарды пайдалануға ынталандыру.</w:t>
            </w:r>
          </w:p>
        </w:tc>
        <w:tc>
          <w:tcPr>
            <w:tcW w:w="1728" w:type="dxa"/>
          </w:tcPr>
          <w:p w14:paraId="3A506877" w14:textId="77777777" w:rsidR="00D7549E" w:rsidRDefault="002C74E9">
            <w:r>
              <w:rPr>
                <w:sz w:val="18"/>
              </w:rPr>
              <w:t>Денсаулық үшін гигиеналық шаралардың маңыздылығы туралы түсініктері қалыптасады.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жеке заттарын қолдану (бет орамал, сүлгі, тарақ).</w:t>
            </w:r>
          </w:p>
        </w:tc>
      </w:tr>
      <w:tr w:rsidR="00D7549E" w14:paraId="7879950E" w14:textId="77777777">
        <w:trPr>
          <w:jc w:val="center"/>
        </w:trPr>
        <w:tc>
          <w:tcPr>
            <w:tcW w:w="1728" w:type="dxa"/>
          </w:tcPr>
          <w:p w14:paraId="42DEEAC7" w14:textId="77777777" w:rsidR="00D7549E" w:rsidRDefault="002C74E9">
            <w:r>
              <w:rPr>
                <w:sz w:val="18"/>
              </w:rPr>
              <w:t>Коммуникативтік дағдылары</w:t>
            </w:r>
          </w:p>
        </w:tc>
        <w:tc>
          <w:tcPr>
            <w:tcW w:w="1728" w:type="dxa"/>
          </w:tcPr>
          <w:p w14:paraId="7CE1AEBA" w14:textId="77777777" w:rsidR="00D7549E" w:rsidRDefault="002C74E9">
            <w:r>
              <w:rPr>
                <w:sz w:val="18"/>
              </w:rPr>
              <w:t>- Суреттердегі, заттарды қарастыруда, тірі және өлі табиғат нысандарын бақылау кезінде байланыстырып сөйлеу;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 xml:space="preserve">- Шағын тақпақтар мен өлеңдерді жаттығуға үйрету. Жіңішке сөздерді ажыратуға </w:t>
            </w:r>
            <w:r>
              <w:rPr>
                <w:sz w:val="18"/>
              </w:rPr>
              <w:lastRenderedPageBreak/>
              <w:t>үйрету.</w:t>
            </w:r>
          </w:p>
        </w:tc>
        <w:tc>
          <w:tcPr>
            <w:tcW w:w="1728" w:type="dxa"/>
          </w:tcPr>
          <w:p w14:paraId="78F91EFC" w14:textId="77777777" w:rsidR="00D7549E" w:rsidRDefault="002C74E9">
            <w:r>
              <w:rPr>
                <w:sz w:val="18"/>
              </w:rPr>
              <w:lastRenderedPageBreak/>
              <w:t>Ертегілерді айтып беруге үйрету, сөздік қорын байыту.</w:t>
            </w:r>
          </w:p>
        </w:tc>
        <w:tc>
          <w:tcPr>
            <w:tcW w:w="1728" w:type="dxa"/>
          </w:tcPr>
          <w:p w14:paraId="0826AED9" w14:textId="77777777" w:rsidR="00D7549E" w:rsidRDefault="002C74E9">
            <w:r>
              <w:rPr>
                <w:sz w:val="18"/>
              </w:rPr>
              <w:t>Тілдік қарқынын өзгерту біліктерін бекіту. Артикуляциялық аппаратты одан әрі жетілдіру.</w:t>
            </w:r>
          </w:p>
        </w:tc>
        <w:tc>
          <w:tcPr>
            <w:tcW w:w="1728" w:type="dxa"/>
          </w:tcPr>
          <w:p w14:paraId="4F0E73B4" w14:textId="77777777" w:rsidR="00D7549E" w:rsidRDefault="002C74E9">
            <w:r>
              <w:rPr>
                <w:sz w:val="18"/>
              </w:rPr>
              <w:t>Әдеби кейіпкерлердің әрекеттеріне өзінің көзқарасын білдіре алады.</w:t>
            </w:r>
          </w:p>
        </w:tc>
      </w:tr>
      <w:tr w:rsidR="00D7549E" w14:paraId="3EFF64FF" w14:textId="77777777">
        <w:trPr>
          <w:jc w:val="center"/>
        </w:trPr>
        <w:tc>
          <w:tcPr>
            <w:tcW w:w="1728" w:type="dxa"/>
          </w:tcPr>
          <w:p w14:paraId="6B584407" w14:textId="77777777" w:rsidR="00D7549E" w:rsidRDefault="002C74E9">
            <w:r>
              <w:rPr>
                <w:sz w:val="18"/>
              </w:rPr>
              <w:t>Танымдық және зияткерлік дағдылары</w:t>
            </w:r>
          </w:p>
        </w:tc>
        <w:tc>
          <w:tcPr>
            <w:tcW w:w="1728" w:type="dxa"/>
          </w:tcPr>
          <w:p w14:paraId="3436A9D1" w14:textId="77777777" w:rsidR="00D7549E" w:rsidRDefault="002C74E9">
            <w:r>
              <w:rPr>
                <w:sz w:val="18"/>
              </w:rPr>
              <w:t>- Бөлмедегі заттарды ажырату және олардың санын анықтау;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Өлшемдері қарама-қарсы және бірдей заттарды салыстыруға үйрету.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«Көп», «біреу», «бір-бірден», «бір де біреуі жоқ» ұғымдары туралы түсініктерін қалыптастыру.</w:t>
            </w:r>
          </w:p>
        </w:tc>
        <w:tc>
          <w:tcPr>
            <w:tcW w:w="1728" w:type="dxa"/>
          </w:tcPr>
          <w:p w14:paraId="301D98B5" w14:textId="77777777" w:rsidR="00D7549E" w:rsidRDefault="002C74E9">
            <w:r>
              <w:rPr>
                <w:sz w:val="18"/>
              </w:rPr>
              <w:t>Командада жұмыс істей білуге үйрету, логикалық ойлауын дамыту.</w:t>
            </w:r>
          </w:p>
        </w:tc>
        <w:tc>
          <w:tcPr>
            <w:tcW w:w="1728" w:type="dxa"/>
          </w:tcPr>
          <w:p w14:paraId="7A78332A" w14:textId="77777777" w:rsidR="00D7549E" w:rsidRDefault="002C74E9">
            <w:r>
              <w:rPr>
                <w:sz w:val="18"/>
              </w:rPr>
              <w:t>Қағаздан «оригами» үлгісі бойынша қарапайым пішіндер құрастыруға үйрету.</w:t>
            </w:r>
          </w:p>
        </w:tc>
        <w:tc>
          <w:tcPr>
            <w:tcW w:w="1728" w:type="dxa"/>
          </w:tcPr>
          <w:p w14:paraId="704FC32C" w14:textId="77777777" w:rsidR="00D7549E" w:rsidRDefault="002C74E9">
            <w:r>
              <w:rPr>
                <w:sz w:val="18"/>
              </w:rPr>
              <w:t>Тең және теңсіздік туралы ұғымдарды біледі, түстер мен пішіндерді ажыратады.</w:t>
            </w:r>
          </w:p>
        </w:tc>
      </w:tr>
      <w:tr w:rsidR="00D7549E" w14:paraId="466C11D5" w14:textId="77777777">
        <w:trPr>
          <w:jc w:val="center"/>
        </w:trPr>
        <w:tc>
          <w:tcPr>
            <w:tcW w:w="1728" w:type="dxa"/>
          </w:tcPr>
          <w:p w14:paraId="66D267C5" w14:textId="77777777" w:rsidR="00D7549E" w:rsidRDefault="002C74E9">
            <w:r>
              <w:rPr>
                <w:sz w:val="18"/>
              </w:rPr>
              <w:t>Шығармашылық дағдыларының, зерттеу іс-әрекетінің дамуы</w:t>
            </w:r>
          </w:p>
        </w:tc>
        <w:tc>
          <w:tcPr>
            <w:tcW w:w="1728" w:type="dxa"/>
          </w:tcPr>
          <w:p w14:paraId="30E3E84E" w14:textId="77777777" w:rsidR="00D7549E" w:rsidRDefault="002C74E9">
            <w:r>
              <w:rPr>
                <w:sz w:val="18"/>
              </w:rPr>
              <w:t>Қылқаламмен бояуда оны бояуға ақырын батыруды, алынған артық бояуды құтының шетіне қылқаламды ақырын басып, ағызып жіберіп бояуды үйрету. Мүсіндеу және заттардың бейнесін жасау.</w:t>
            </w:r>
          </w:p>
        </w:tc>
        <w:tc>
          <w:tcPr>
            <w:tcW w:w="1728" w:type="dxa"/>
          </w:tcPr>
          <w:p w14:paraId="3253B5DA" w14:textId="77777777" w:rsidR="00D7549E" w:rsidRDefault="002C74E9">
            <w:r>
              <w:rPr>
                <w:sz w:val="18"/>
              </w:rPr>
              <w:t>Қайшымен дұрыс жұмыс жасау дағдысын бекіту, шығармашылық қабілетін дамыту.</w:t>
            </w:r>
          </w:p>
        </w:tc>
        <w:tc>
          <w:tcPr>
            <w:tcW w:w="1728" w:type="dxa"/>
          </w:tcPr>
          <w:p w14:paraId="50744AE7" w14:textId="77777777" w:rsidR="00D7549E" w:rsidRDefault="002C74E9">
            <w:r>
              <w:rPr>
                <w:sz w:val="18"/>
              </w:rPr>
              <w:t>Қоршаған ортадағы әсемдікті қабылдауға үйрету, өз бетінше сурет салу.</w:t>
            </w:r>
          </w:p>
        </w:tc>
        <w:tc>
          <w:tcPr>
            <w:tcW w:w="1728" w:type="dxa"/>
          </w:tcPr>
          <w:p w14:paraId="186A708A" w14:textId="77777777" w:rsidR="00D7549E" w:rsidRDefault="002C74E9">
            <w:r>
              <w:rPr>
                <w:sz w:val="18"/>
              </w:rPr>
              <w:t>Қайшымен дұрыс жұмыс жасай алады, көркемдік жұмыстарды ұқыпты орындайды.</w:t>
            </w:r>
          </w:p>
        </w:tc>
      </w:tr>
      <w:tr w:rsidR="00D7549E" w14:paraId="41F9CC68" w14:textId="77777777">
        <w:trPr>
          <w:jc w:val="center"/>
        </w:trPr>
        <w:tc>
          <w:tcPr>
            <w:tcW w:w="1728" w:type="dxa"/>
          </w:tcPr>
          <w:p w14:paraId="3AF4FEF5" w14:textId="77777777" w:rsidR="00D7549E" w:rsidRDefault="002C74E9">
            <w:r>
              <w:rPr>
                <w:sz w:val="18"/>
              </w:rPr>
              <w:t>Әлеуметтік-эмоционалды дағдыларды қалыптастыру</w:t>
            </w:r>
          </w:p>
        </w:tc>
        <w:tc>
          <w:tcPr>
            <w:tcW w:w="1728" w:type="dxa"/>
          </w:tcPr>
          <w:p w14:paraId="63E5CA07" w14:textId="77777777" w:rsidR="00D7549E" w:rsidRDefault="002C74E9">
            <w:r>
              <w:rPr>
                <w:sz w:val="18"/>
              </w:rPr>
              <w:t>Туған өлкенің кейбір өсімдіктері, көкөністері мен жемістері туралы түсініктерін қалыптастыру. Ағаштардың түрлерін танып, атауға үйрету.</w:t>
            </w:r>
          </w:p>
        </w:tc>
        <w:tc>
          <w:tcPr>
            <w:tcW w:w="1728" w:type="dxa"/>
          </w:tcPr>
          <w:p w14:paraId="01846442" w14:textId="77777777" w:rsidR="00D7549E" w:rsidRDefault="002C74E9">
            <w:r>
              <w:rPr>
                <w:sz w:val="18"/>
              </w:rPr>
              <w:t>Ересектердің еңбегі туралы білімдерін кеңейту, өзара сыйластыққа баулу.</w:t>
            </w:r>
          </w:p>
        </w:tc>
        <w:tc>
          <w:tcPr>
            <w:tcW w:w="1728" w:type="dxa"/>
          </w:tcPr>
          <w:p w14:paraId="4F06F92A" w14:textId="77777777" w:rsidR="00D7549E" w:rsidRDefault="002C74E9">
            <w:r>
              <w:rPr>
                <w:sz w:val="18"/>
              </w:rPr>
              <w:t>Құрдастарымен сыпайы қарым-қатынас жасауға баулу, топпен ойнауды үйрету.</w:t>
            </w:r>
          </w:p>
        </w:tc>
        <w:tc>
          <w:tcPr>
            <w:tcW w:w="1728" w:type="dxa"/>
          </w:tcPr>
          <w:p w14:paraId="59919B25" w14:textId="77777777" w:rsidR="00D7549E" w:rsidRDefault="002C74E9">
            <w:r>
              <w:rPr>
                <w:sz w:val="18"/>
              </w:rPr>
              <w:t>Еңбек адамдарына және олардың еңбектерінің нәтижесіне құрмет көрсетеді, II деңгей (орташа/жоғары).</w:t>
            </w:r>
          </w:p>
        </w:tc>
      </w:tr>
    </w:tbl>
    <w:p w14:paraId="27239630" w14:textId="77777777" w:rsidR="00D7549E" w:rsidRDefault="002C74E9">
      <w:r>
        <w:br w:type="page"/>
      </w:r>
    </w:p>
    <w:p w14:paraId="1B457234" w14:textId="77777777" w:rsidR="00D7549E" w:rsidRPr="00754D88" w:rsidRDefault="002C74E9">
      <w:pPr>
        <w:jc w:val="center"/>
        <w:rPr>
          <w:lang w:val="ru-RU"/>
        </w:rPr>
      </w:pPr>
      <w:r w:rsidRPr="00754D88">
        <w:rPr>
          <w:b/>
          <w:sz w:val="28"/>
          <w:lang w:val="ru-RU"/>
        </w:rPr>
        <w:lastRenderedPageBreak/>
        <w:t>2023- 2024 оқу жылына арналған баланың жеке даму картасы</w:t>
      </w:r>
    </w:p>
    <w:p w14:paraId="523AE24C" w14:textId="77777777" w:rsidR="00D7549E" w:rsidRPr="00754D88" w:rsidRDefault="002C74E9">
      <w:pPr>
        <w:rPr>
          <w:lang w:val="ru-RU"/>
        </w:rPr>
      </w:pPr>
      <w:r w:rsidRPr="00754D88">
        <w:rPr>
          <w:b/>
          <w:sz w:val="24"/>
          <w:lang w:val="ru-RU"/>
        </w:rPr>
        <w:t>Баланың Т.А.Ә: ТАМИЕВА РАЯНА</w:t>
      </w:r>
    </w:p>
    <w:p w14:paraId="38085A4C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Баланың туған жылы, күні: 2021 ж. (Кіші топ)</w:t>
      </w:r>
    </w:p>
    <w:p w14:paraId="337CE389" w14:textId="212F2EFF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Білім беру ұйымы: «А</w:t>
      </w:r>
      <w:r w:rsidR="00545297">
        <w:rPr>
          <w:lang w:val="ru-RU"/>
        </w:rPr>
        <w:t>ружан</w:t>
      </w:r>
      <w:r w:rsidRPr="00754D88">
        <w:rPr>
          <w:lang w:val="ru-RU"/>
        </w:rPr>
        <w:t>» балабақшасы</w:t>
      </w:r>
    </w:p>
    <w:p w14:paraId="5931D503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Топ: Кіші жас тобы «Ақбота»</w:t>
      </w:r>
    </w:p>
    <w:p w14:paraId="67C5B08D" w14:textId="77777777" w:rsidR="00D7549E" w:rsidRPr="00754D88" w:rsidRDefault="00D7549E">
      <w:pPr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70"/>
        <w:gridCol w:w="1728"/>
        <w:gridCol w:w="1728"/>
        <w:gridCol w:w="1728"/>
        <w:gridCol w:w="1728"/>
      </w:tblGrid>
      <w:tr w:rsidR="00D7549E" w14:paraId="43EEA9E5" w14:textId="77777777">
        <w:trPr>
          <w:jc w:val="center"/>
        </w:trPr>
        <w:tc>
          <w:tcPr>
            <w:tcW w:w="1728" w:type="dxa"/>
          </w:tcPr>
          <w:p w14:paraId="2612F09C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Құзыреттіліктер</w:t>
            </w:r>
          </w:p>
        </w:tc>
        <w:tc>
          <w:tcPr>
            <w:tcW w:w="1728" w:type="dxa"/>
          </w:tcPr>
          <w:p w14:paraId="3FA54CEA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728" w:type="dxa"/>
          </w:tcPr>
          <w:p w14:paraId="43848858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1728" w:type="dxa"/>
          </w:tcPr>
          <w:p w14:paraId="4E6F81EB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 бақылау нәтижелері бойынша дамыту, түзету іс-шаралары (маусым-шілде)</w:t>
            </w:r>
          </w:p>
        </w:tc>
        <w:tc>
          <w:tcPr>
            <w:tcW w:w="1728" w:type="dxa"/>
          </w:tcPr>
          <w:p w14:paraId="26D7E811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</w:t>
            </w:r>
            <w:r>
              <w:rPr>
                <w:b/>
                <w:sz w:val="19"/>
              </w:rPr>
              <w:br/>
              <w:t>(баланың даму деңгейі сәйкес келеді:</w:t>
            </w:r>
            <w:r>
              <w:rPr>
                <w:b/>
                <w:sz w:val="19"/>
              </w:rPr>
              <w:br/>
              <w:t>III деңгей – «жоғары»;</w:t>
            </w:r>
            <w:r>
              <w:rPr>
                <w:b/>
                <w:sz w:val="19"/>
              </w:rPr>
              <w:br/>
              <w:t>II деңгей – «орташа»;</w:t>
            </w:r>
            <w:r>
              <w:rPr>
                <w:b/>
                <w:sz w:val="19"/>
              </w:rPr>
              <w:br/>
              <w:t>I деңгей – «төмен»)</w:t>
            </w:r>
          </w:p>
        </w:tc>
      </w:tr>
      <w:tr w:rsidR="00D7549E" w14:paraId="6223FE24" w14:textId="77777777">
        <w:trPr>
          <w:jc w:val="center"/>
        </w:trPr>
        <w:tc>
          <w:tcPr>
            <w:tcW w:w="1728" w:type="dxa"/>
          </w:tcPr>
          <w:p w14:paraId="35F8883D" w14:textId="77777777" w:rsidR="00D7549E" w:rsidRDefault="002C74E9">
            <w:r>
              <w:rPr>
                <w:sz w:val="18"/>
              </w:rPr>
              <w:t>Физикалық қасиеттері</w:t>
            </w:r>
          </w:p>
        </w:tc>
        <w:tc>
          <w:tcPr>
            <w:tcW w:w="1728" w:type="dxa"/>
          </w:tcPr>
          <w:p w14:paraId="1A8F6208" w14:textId="77777777" w:rsidR="00D7549E" w:rsidRDefault="002C74E9">
            <w:r>
              <w:rPr>
                <w:sz w:val="18"/>
              </w:rPr>
              <w:t>-Екі аяқтап басты затқа тигізе отырып, жоғары қарай 2-3 метр қашықтықта алға қарай жылжи отырып, тұрған жерінен ұзындыққа секіру дағдыларын қалыптастыру.</w:t>
            </w:r>
          </w:p>
        </w:tc>
        <w:tc>
          <w:tcPr>
            <w:tcW w:w="1728" w:type="dxa"/>
          </w:tcPr>
          <w:p w14:paraId="09B08688" w14:textId="77777777" w:rsidR="00D7549E" w:rsidRDefault="002C74E9">
            <w:r>
              <w:rPr>
                <w:sz w:val="18"/>
              </w:rPr>
              <w:t>Гигиеналық шараларды орындау: жуыну, шашын тару, қолды сабынмен жуу, қол орамалды қолдану.</w:t>
            </w:r>
          </w:p>
        </w:tc>
        <w:tc>
          <w:tcPr>
            <w:tcW w:w="1728" w:type="dxa"/>
          </w:tcPr>
          <w:p w14:paraId="5425B6AB" w14:textId="77777777" w:rsidR="00D7549E" w:rsidRDefault="002C74E9">
            <w:r>
              <w:rPr>
                <w:sz w:val="18"/>
              </w:rPr>
              <w:t>Денешынықтыру құралдарын, спорттық және қимылды ойындар үшін атрибуттарды пайдалануға ынталандыру.</w:t>
            </w:r>
          </w:p>
        </w:tc>
        <w:tc>
          <w:tcPr>
            <w:tcW w:w="1728" w:type="dxa"/>
          </w:tcPr>
          <w:p w14:paraId="45DD9EDA" w14:textId="77777777" w:rsidR="00D7549E" w:rsidRDefault="002C74E9">
            <w:r>
              <w:rPr>
                <w:sz w:val="18"/>
              </w:rPr>
              <w:t>Денсаулық үшін гигиеналық шаралардың маңыздылығы туралы түсініктері қалыптасады.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жеке заттарын қолдану (бет орамал, сүлгі, тарақ).</w:t>
            </w:r>
          </w:p>
        </w:tc>
      </w:tr>
      <w:tr w:rsidR="00D7549E" w14:paraId="51A4B383" w14:textId="77777777">
        <w:trPr>
          <w:jc w:val="center"/>
        </w:trPr>
        <w:tc>
          <w:tcPr>
            <w:tcW w:w="1728" w:type="dxa"/>
          </w:tcPr>
          <w:p w14:paraId="19D988F7" w14:textId="77777777" w:rsidR="00D7549E" w:rsidRDefault="002C74E9">
            <w:r>
              <w:rPr>
                <w:sz w:val="18"/>
              </w:rPr>
              <w:t>Коммуникативтік дағдылары</w:t>
            </w:r>
          </w:p>
        </w:tc>
        <w:tc>
          <w:tcPr>
            <w:tcW w:w="1728" w:type="dxa"/>
          </w:tcPr>
          <w:p w14:paraId="4968360F" w14:textId="77777777" w:rsidR="00D7549E" w:rsidRDefault="002C74E9">
            <w:r>
              <w:rPr>
                <w:sz w:val="18"/>
              </w:rPr>
              <w:t>- Суреттердегі, заттарды қарастыруда, тірі және өлі табиғат нысандарын бақылау кезінде байланыстырып сөйлеу;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 xml:space="preserve">- Шағын тақпақтар мен өлеңдерді жаттығуға үйрету. Жіңішке сөздерді ажыратуға </w:t>
            </w:r>
            <w:r>
              <w:rPr>
                <w:sz w:val="18"/>
              </w:rPr>
              <w:lastRenderedPageBreak/>
              <w:t>үйрету.</w:t>
            </w:r>
          </w:p>
        </w:tc>
        <w:tc>
          <w:tcPr>
            <w:tcW w:w="1728" w:type="dxa"/>
          </w:tcPr>
          <w:p w14:paraId="3DEEBE7B" w14:textId="77777777" w:rsidR="00D7549E" w:rsidRDefault="002C74E9">
            <w:r>
              <w:rPr>
                <w:sz w:val="18"/>
              </w:rPr>
              <w:lastRenderedPageBreak/>
              <w:t>Ертегілерді айтып беруге үйрету, сөздік қорын байыту.</w:t>
            </w:r>
          </w:p>
        </w:tc>
        <w:tc>
          <w:tcPr>
            <w:tcW w:w="1728" w:type="dxa"/>
          </w:tcPr>
          <w:p w14:paraId="0B0E5725" w14:textId="77777777" w:rsidR="00D7549E" w:rsidRDefault="002C74E9">
            <w:r>
              <w:rPr>
                <w:sz w:val="18"/>
              </w:rPr>
              <w:t>Тілдік қарқынын өзгерту біліктерін бекіту. Артикуляциялық аппаратты одан әрі жетілдіру.</w:t>
            </w:r>
          </w:p>
        </w:tc>
        <w:tc>
          <w:tcPr>
            <w:tcW w:w="1728" w:type="dxa"/>
          </w:tcPr>
          <w:p w14:paraId="4031CD7B" w14:textId="77777777" w:rsidR="00D7549E" w:rsidRDefault="002C74E9">
            <w:r>
              <w:rPr>
                <w:sz w:val="18"/>
              </w:rPr>
              <w:t>Әдеби кейіпкерлердің әрекеттеріне өзінің көзқарасын білдіре алады.</w:t>
            </w:r>
          </w:p>
        </w:tc>
      </w:tr>
      <w:tr w:rsidR="00D7549E" w14:paraId="6C9C7172" w14:textId="77777777">
        <w:trPr>
          <w:jc w:val="center"/>
        </w:trPr>
        <w:tc>
          <w:tcPr>
            <w:tcW w:w="1728" w:type="dxa"/>
          </w:tcPr>
          <w:p w14:paraId="36877B89" w14:textId="77777777" w:rsidR="00D7549E" w:rsidRDefault="002C74E9">
            <w:r>
              <w:rPr>
                <w:sz w:val="18"/>
              </w:rPr>
              <w:t>Танымдық және зияткерлік дағдылары</w:t>
            </w:r>
          </w:p>
        </w:tc>
        <w:tc>
          <w:tcPr>
            <w:tcW w:w="1728" w:type="dxa"/>
          </w:tcPr>
          <w:p w14:paraId="069B1389" w14:textId="77777777" w:rsidR="00D7549E" w:rsidRDefault="002C74E9">
            <w:r>
              <w:rPr>
                <w:sz w:val="18"/>
              </w:rPr>
              <w:t>- Бөлмедегі заттарды ажырату және олардың санын анықтау;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Өлшемдері қарама-қарсы және бірдей заттарды салыстыруға үйрету.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«Көп», «біреу», «бір-бірден», «бір де біреуі жоқ» ұғымдары туралы түсініктерін қалыптастыру.</w:t>
            </w:r>
          </w:p>
        </w:tc>
        <w:tc>
          <w:tcPr>
            <w:tcW w:w="1728" w:type="dxa"/>
          </w:tcPr>
          <w:p w14:paraId="06491D4E" w14:textId="77777777" w:rsidR="00D7549E" w:rsidRDefault="002C74E9">
            <w:r>
              <w:rPr>
                <w:sz w:val="18"/>
              </w:rPr>
              <w:t>Командада жұмыс істей білуге үйрету, логикалық ойлауын дамыту.</w:t>
            </w:r>
          </w:p>
        </w:tc>
        <w:tc>
          <w:tcPr>
            <w:tcW w:w="1728" w:type="dxa"/>
          </w:tcPr>
          <w:p w14:paraId="3DF5E518" w14:textId="77777777" w:rsidR="00D7549E" w:rsidRDefault="002C74E9">
            <w:r>
              <w:rPr>
                <w:sz w:val="18"/>
              </w:rPr>
              <w:t>Қағаздан «оригами» үлгісі бойынша қарапайым пішіндер құрастыруға үйрету.</w:t>
            </w:r>
          </w:p>
        </w:tc>
        <w:tc>
          <w:tcPr>
            <w:tcW w:w="1728" w:type="dxa"/>
          </w:tcPr>
          <w:p w14:paraId="1D62A68F" w14:textId="77777777" w:rsidR="00D7549E" w:rsidRDefault="002C74E9">
            <w:r>
              <w:rPr>
                <w:sz w:val="18"/>
              </w:rPr>
              <w:t>Тең және теңсіздік туралы ұғымдарды біледі, түстер мен пішіндерді ажыратады.</w:t>
            </w:r>
          </w:p>
        </w:tc>
      </w:tr>
      <w:tr w:rsidR="00D7549E" w14:paraId="2317754D" w14:textId="77777777">
        <w:trPr>
          <w:jc w:val="center"/>
        </w:trPr>
        <w:tc>
          <w:tcPr>
            <w:tcW w:w="1728" w:type="dxa"/>
          </w:tcPr>
          <w:p w14:paraId="48B916C7" w14:textId="77777777" w:rsidR="00D7549E" w:rsidRDefault="002C74E9">
            <w:r>
              <w:rPr>
                <w:sz w:val="18"/>
              </w:rPr>
              <w:t>Шығармашылық дағдыларының, зерттеу іс-әрекетінің дамуы</w:t>
            </w:r>
          </w:p>
        </w:tc>
        <w:tc>
          <w:tcPr>
            <w:tcW w:w="1728" w:type="dxa"/>
          </w:tcPr>
          <w:p w14:paraId="7FABAD93" w14:textId="77777777" w:rsidR="00D7549E" w:rsidRDefault="002C74E9">
            <w:r>
              <w:rPr>
                <w:sz w:val="18"/>
              </w:rPr>
              <w:t>Қылқаламмен бояуда оны бояуға ақырын батыруды, алынған артық бояуды құтының шетіне қылқаламды ақырын басып, ағызып жіберіп бояуды үйрету. Мүсіндеу және заттардың бейнесін жасау.</w:t>
            </w:r>
          </w:p>
        </w:tc>
        <w:tc>
          <w:tcPr>
            <w:tcW w:w="1728" w:type="dxa"/>
          </w:tcPr>
          <w:p w14:paraId="782EE612" w14:textId="77777777" w:rsidR="00D7549E" w:rsidRDefault="002C74E9">
            <w:r>
              <w:rPr>
                <w:sz w:val="18"/>
              </w:rPr>
              <w:t>Қайшымен дұрыс жұмыс жасау дағдысын бекіту, шығармашылық қабілетін дамыту.</w:t>
            </w:r>
          </w:p>
        </w:tc>
        <w:tc>
          <w:tcPr>
            <w:tcW w:w="1728" w:type="dxa"/>
          </w:tcPr>
          <w:p w14:paraId="3A3D428A" w14:textId="77777777" w:rsidR="00D7549E" w:rsidRDefault="002C74E9">
            <w:r>
              <w:rPr>
                <w:sz w:val="18"/>
              </w:rPr>
              <w:t>Қоршаған ортадағы әсемдікті қабылдауға үйрету, өз бетінше сурет салу.</w:t>
            </w:r>
          </w:p>
        </w:tc>
        <w:tc>
          <w:tcPr>
            <w:tcW w:w="1728" w:type="dxa"/>
          </w:tcPr>
          <w:p w14:paraId="5B2E87AA" w14:textId="77777777" w:rsidR="00D7549E" w:rsidRDefault="002C74E9">
            <w:r>
              <w:rPr>
                <w:sz w:val="18"/>
              </w:rPr>
              <w:t>Қайшымен дұрыс жұмыс жасай алады, көркемдік жұмыстарды ұқыпты орындайды.</w:t>
            </w:r>
          </w:p>
        </w:tc>
      </w:tr>
      <w:tr w:rsidR="00D7549E" w14:paraId="55040410" w14:textId="77777777">
        <w:trPr>
          <w:jc w:val="center"/>
        </w:trPr>
        <w:tc>
          <w:tcPr>
            <w:tcW w:w="1728" w:type="dxa"/>
          </w:tcPr>
          <w:p w14:paraId="55FBDE11" w14:textId="77777777" w:rsidR="00D7549E" w:rsidRDefault="002C74E9">
            <w:r>
              <w:rPr>
                <w:sz w:val="18"/>
              </w:rPr>
              <w:t>Әлеуметтік-эмоционалды дағдыларды қалыптастыру</w:t>
            </w:r>
          </w:p>
        </w:tc>
        <w:tc>
          <w:tcPr>
            <w:tcW w:w="1728" w:type="dxa"/>
          </w:tcPr>
          <w:p w14:paraId="3A831CE0" w14:textId="77777777" w:rsidR="00D7549E" w:rsidRDefault="002C74E9">
            <w:r>
              <w:rPr>
                <w:sz w:val="18"/>
              </w:rPr>
              <w:t>Туған өлкенің кейбір өсімдіктері, көкөністері мен жемістері туралы түсініктерін қалыптастыру. Ағаштардың түрлерін танып, атауға үйрету.</w:t>
            </w:r>
          </w:p>
        </w:tc>
        <w:tc>
          <w:tcPr>
            <w:tcW w:w="1728" w:type="dxa"/>
          </w:tcPr>
          <w:p w14:paraId="52F78A07" w14:textId="77777777" w:rsidR="00D7549E" w:rsidRDefault="002C74E9">
            <w:r>
              <w:rPr>
                <w:sz w:val="18"/>
              </w:rPr>
              <w:t>Ересектердің еңбегі туралы білімдерін кеңейту, өзара сыйластыққа баулу.</w:t>
            </w:r>
          </w:p>
        </w:tc>
        <w:tc>
          <w:tcPr>
            <w:tcW w:w="1728" w:type="dxa"/>
          </w:tcPr>
          <w:p w14:paraId="7D770169" w14:textId="77777777" w:rsidR="00D7549E" w:rsidRDefault="002C74E9">
            <w:r>
              <w:rPr>
                <w:sz w:val="18"/>
              </w:rPr>
              <w:t>Құрдастарымен сыпайы қарым-қатынас жасауға баулу, топпен ойнауды үйрету.</w:t>
            </w:r>
          </w:p>
        </w:tc>
        <w:tc>
          <w:tcPr>
            <w:tcW w:w="1728" w:type="dxa"/>
          </w:tcPr>
          <w:p w14:paraId="597E154D" w14:textId="77777777" w:rsidR="00D7549E" w:rsidRDefault="002C74E9">
            <w:r>
              <w:rPr>
                <w:sz w:val="18"/>
              </w:rPr>
              <w:t>Еңбек адамдарына және олардың еңбектерінің нәтижесіне құрмет көрсетеді, II деңгей (орташа/жоғары).</w:t>
            </w:r>
          </w:p>
        </w:tc>
      </w:tr>
    </w:tbl>
    <w:p w14:paraId="161CB288" w14:textId="77777777" w:rsidR="00D7549E" w:rsidRDefault="002C74E9">
      <w:r>
        <w:br w:type="page"/>
      </w:r>
    </w:p>
    <w:p w14:paraId="65F9C147" w14:textId="77777777" w:rsidR="00D7549E" w:rsidRPr="00754D88" w:rsidRDefault="002C74E9">
      <w:pPr>
        <w:jc w:val="center"/>
        <w:rPr>
          <w:lang w:val="ru-RU"/>
        </w:rPr>
      </w:pPr>
      <w:r w:rsidRPr="00754D88">
        <w:rPr>
          <w:b/>
          <w:sz w:val="28"/>
          <w:lang w:val="ru-RU"/>
        </w:rPr>
        <w:lastRenderedPageBreak/>
        <w:t>2023- 2024 оқу жылына арналған баланың жеке даму картасы</w:t>
      </w:r>
    </w:p>
    <w:p w14:paraId="3978B1A3" w14:textId="77777777" w:rsidR="00D7549E" w:rsidRPr="00754D88" w:rsidRDefault="002C74E9">
      <w:pPr>
        <w:rPr>
          <w:lang w:val="ru-RU"/>
        </w:rPr>
      </w:pPr>
      <w:r w:rsidRPr="00754D88">
        <w:rPr>
          <w:b/>
          <w:sz w:val="24"/>
          <w:lang w:val="ru-RU"/>
        </w:rPr>
        <w:t>Баланың Т.А.Ә: ВОЛОБУЕВА ЗАРИНА</w:t>
      </w:r>
    </w:p>
    <w:p w14:paraId="664382D1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Баланың туған жылы, күні: 2021 ж. (Кіші топ)</w:t>
      </w:r>
    </w:p>
    <w:p w14:paraId="46FE8C81" w14:textId="09590A20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Білім беру ұйымы: «</w:t>
      </w:r>
      <w:r w:rsidR="00545297">
        <w:rPr>
          <w:lang w:val="ru-RU"/>
        </w:rPr>
        <w:t>Аружан</w:t>
      </w:r>
      <w:r w:rsidRPr="00754D88">
        <w:rPr>
          <w:lang w:val="ru-RU"/>
        </w:rPr>
        <w:t>» балабақшасы</w:t>
      </w:r>
    </w:p>
    <w:p w14:paraId="2E60FF04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Топ: Кіші жас тобы «Ақбота»</w:t>
      </w:r>
    </w:p>
    <w:p w14:paraId="5A24013C" w14:textId="77777777" w:rsidR="00D7549E" w:rsidRPr="00754D88" w:rsidRDefault="00D7549E">
      <w:pPr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70"/>
        <w:gridCol w:w="1728"/>
        <w:gridCol w:w="1728"/>
        <w:gridCol w:w="1728"/>
        <w:gridCol w:w="1728"/>
      </w:tblGrid>
      <w:tr w:rsidR="00D7549E" w14:paraId="0AA63A3F" w14:textId="77777777">
        <w:trPr>
          <w:jc w:val="center"/>
        </w:trPr>
        <w:tc>
          <w:tcPr>
            <w:tcW w:w="1728" w:type="dxa"/>
          </w:tcPr>
          <w:p w14:paraId="32505142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Құзыреттіліктер</w:t>
            </w:r>
          </w:p>
        </w:tc>
        <w:tc>
          <w:tcPr>
            <w:tcW w:w="1728" w:type="dxa"/>
          </w:tcPr>
          <w:p w14:paraId="4E4A317C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728" w:type="dxa"/>
          </w:tcPr>
          <w:p w14:paraId="0F593A17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1728" w:type="dxa"/>
          </w:tcPr>
          <w:p w14:paraId="6D16483D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 бақылау нәтижелері бойынша дамыту, түзету іс-шаралары (маусым-шілде)</w:t>
            </w:r>
          </w:p>
        </w:tc>
        <w:tc>
          <w:tcPr>
            <w:tcW w:w="1728" w:type="dxa"/>
          </w:tcPr>
          <w:p w14:paraId="0ADE3BBB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</w:t>
            </w:r>
            <w:r>
              <w:rPr>
                <w:b/>
                <w:sz w:val="19"/>
              </w:rPr>
              <w:br/>
              <w:t>(баланың даму деңгейі сәйкес келеді:</w:t>
            </w:r>
            <w:r>
              <w:rPr>
                <w:b/>
                <w:sz w:val="19"/>
              </w:rPr>
              <w:br/>
              <w:t>III деңгей – «жоғары»;</w:t>
            </w:r>
            <w:r>
              <w:rPr>
                <w:b/>
                <w:sz w:val="19"/>
              </w:rPr>
              <w:br/>
              <w:t>II деңгей – «орташа»;</w:t>
            </w:r>
            <w:r>
              <w:rPr>
                <w:b/>
                <w:sz w:val="19"/>
              </w:rPr>
              <w:br/>
              <w:t>I деңгей – «төмен»)</w:t>
            </w:r>
          </w:p>
        </w:tc>
      </w:tr>
      <w:tr w:rsidR="00D7549E" w14:paraId="4EB9EF42" w14:textId="77777777">
        <w:trPr>
          <w:jc w:val="center"/>
        </w:trPr>
        <w:tc>
          <w:tcPr>
            <w:tcW w:w="1728" w:type="dxa"/>
          </w:tcPr>
          <w:p w14:paraId="2615370A" w14:textId="77777777" w:rsidR="00D7549E" w:rsidRDefault="002C74E9">
            <w:r>
              <w:rPr>
                <w:sz w:val="18"/>
              </w:rPr>
              <w:t>Физикалық қасиеттері</w:t>
            </w:r>
          </w:p>
        </w:tc>
        <w:tc>
          <w:tcPr>
            <w:tcW w:w="1728" w:type="dxa"/>
          </w:tcPr>
          <w:p w14:paraId="16ED3E4C" w14:textId="77777777" w:rsidR="00D7549E" w:rsidRDefault="002C74E9">
            <w:r>
              <w:rPr>
                <w:sz w:val="18"/>
              </w:rPr>
              <w:t>-Екі аяқтап басты затқа тигізе отырып, жоғары қарай 2-3 метр қашықтықта алға қарай жылжи отырып, тұрған жерінен ұзындыққа секіру дағдыларын қалыптастыру.</w:t>
            </w:r>
          </w:p>
        </w:tc>
        <w:tc>
          <w:tcPr>
            <w:tcW w:w="1728" w:type="dxa"/>
          </w:tcPr>
          <w:p w14:paraId="267B9DE9" w14:textId="77777777" w:rsidR="00D7549E" w:rsidRDefault="002C74E9">
            <w:r>
              <w:rPr>
                <w:sz w:val="18"/>
              </w:rPr>
              <w:t>Гигиеналық шараларды орындау: жуыну, шашын тару, қолды сабынмен жуу, қол орамалды қолдану.</w:t>
            </w:r>
          </w:p>
        </w:tc>
        <w:tc>
          <w:tcPr>
            <w:tcW w:w="1728" w:type="dxa"/>
          </w:tcPr>
          <w:p w14:paraId="6F65C53D" w14:textId="77777777" w:rsidR="00D7549E" w:rsidRDefault="002C74E9">
            <w:r>
              <w:rPr>
                <w:sz w:val="18"/>
              </w:rPr>
              <w:t>Денешынықтыру құралдарын, спорттық және қимылды ойындар үшін атрибуттарды пайдалануға ынталандыру.</w:t>
            </w:r>
          </w:p>
        </w:tc>
        <w:tc>
          <w:tcPr>
            <w:tcW w:w="1728" w:type="dxa"/>
          </w:tcPr>
          <w:p w14:paraId="2E4CADF2" w14:textId="77777777" w:rsidR="00D7549E" w:rsidRDefault="002C74E9">
            <w:r>
              <w:rPr>
                <w:sz w:val="18"/>
              </w:rPr>
              <w:t>Денсаулық үшін гигиеналық шаралардың маңыздылығы туралы түсініктері қалыптасады.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жеке заттарын қолдану (бет орамал, сүлгі, тарақ).</w:t>
            </w:r>
          </w:p>
        </w:tc>
      </w:tr>
      <w:tr w:rsidR="00D7549E" w14:paraId="5EA2E1CC" w14:textId="77777777">
        <w:trPr>
          <w:jc w:val="center"/>
        </w:trPr>
        <w:tc>
          <w:tcPr>
            <w:tcW w:w="1728" w:type="dxa"/>
          </w:tcPr>
          <w:p w14:paraId="4E1CA8B8" w14:textId="77777777" w:rsidR="00D7549E" w:rsidRDefault="002C74E9">
            <w:r>
              <w:rPr>
                <w:sz w:val="18"/>
              </w:rPr>
              <w:t>Коммуникативтік дағдылары</w:t>
            </w:r>
          </w:p>
        </w:tc>
        <w:tc>
          <w:tcPr>
            <w:tcW w:w="1728" w:type="dxa"/>
          </w:tcPr>
          <w:p w14:paraId="3C816A58" w14:textId="77777777" w:rsidR="00D7549E" w:rsidRDefault="002C74E9">
            <w:r>
              <w:rPr>
                <w:sz w:val="18"/>
              </w:rPr>
              <w:t>- Суреттердегі, заттарды қарастыруда, тірі және өлі табиғат нысандарын бақылау кезінде байланыстырып сөйлеу;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 xml:space="preserve">- Шағын тақпақтар мен өлеңдерді жаттығуға үйрету. Жіңішке сөздерді ажыратуға </w:t>
            </w:r>
            <w:r>
              <w:rPr>
                <w:sz w:val="18"/>
              </w:rPr>
              <w:lastRenderedPageBreak/>
              <w:t>үйрету.</w:t>
            </w:r>
          </w:p>
        </w:tc>
        <w:tc>
          <w:tcPr>
            <w:tcW w:w="1728" w:type="dxa"/>
          </w:tcPr>
          <w:p w14:paraId="4BD98118" w14:textId="77777777" w:rsidR="00D7549E" w:rsidRDefault="002C74E9">
            <w:r>
              <w:rPr>
                <w:sz w:val="18"/>
              </w:rPr>
              <w:lastRenderedPageBreak/>
              <w:t>Ертегілерді айтып беруге үйрету, сөздік қорын байыту.</w:t>
            </w:r>
          </w:p>
        </w:tc>
        <w:tc>
          <w:tcPr>
            <w:tcW w:w="1728" w:type="dxa"/>
          </w:tcPr>
          <w:p w14:paraId="723A485D" w14:textId="77777777" w:rsidR="00D7549E" w:rsidRDefault="002C74E9">
            <w:r>
              <w:rPr>
                <w:sz w:val="18"/>
              </w:rPr>
              <w:t>Тілдік қарқынын өзгерту біліктерін бекіту. Артикуляциялық аппаратты одан әрі жетілдіру.</w:t>
            </w:r>
          </w:p>
        </w:tc>
        <w:tc>
          <w:tcPr>
            <w:tcW w:w="1728" w:type="dxa"/>
          </w:tcPr>
          <w:p w14:paraId="40F6FF09" w14:textId="77777777" w:rsidR="00D7549E" w:rsidRDefault="002C74E9">
            <w:r>
              <w:rPr>
                <w:sz w:val="18"/>
              </w:rPr>
              <w:t>Әдеби кейіпкерлердің әрекеттеріне өзінің көзқарасын білдіре алады.</w:t>
            </w:r>
          </w:p>
        </w:tc>
      </w:tr>
      <w:tr w:rsidR="00D7549E" w14:paraId="44E1C913" w14:textId="77777777">
        <w:trPr>
          <w:jc w:val="center"/>
        </w:trPr>
        <w:tc>
          <w:tcPr>
            <w:tcW w:w="1728" w:type="dxa"/>
          </w:tcPr>
          <w:p w14:paraId="29BD2DAC" w14:textId="77777777" w:rsidR="00D7549E" w:rsidRDefault="002C74E9">
            <w:r>
              <w:rPr>
                <w:sz w:val="18"/>
              </w:rPr>
              <w:t>Танымдық және зияткерлік дағдылары</w:t>
            </w:r>
          </w:p>
        </w:tc>
        <w:tc>
          <w:tcPr>
            <w:tcW w:w="1728" w:type="dxa"/>
          </w:tcPr>
          <w:p w14:paraId="598DDBCD" w14:textId="77777777" w:rsidR="00D7549E" w:rsidRDefault="002C74E9">
            <w:r>
              <w:rPr>
                <w:sz w:val="18"/>
              </w:rPr>
              <w:t>- Бөлмедегі заттарды ажырату және олардың санын анықтау;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Өлшемдері қарама-қарсы және бірдей заттарды салыстыруға үйрету.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«Көп», «біреу», «бір-бірден», «бір де біреуі жоқ» ұғымдары туралы түсініктерін қалыптастыру.</w:t>
            </w:r>
          </w:p>
        </w:tc>
        <w:tc>
          <w:tcPr>
            <w:tcW w:w="1728" w:type="dxa"/>
          </w:tcPr>
          <w:p w14:paraId="323629C8" w14:textId="77777777" w:rsidR="00D7549E" w:rsidRDefault="002C74E9">
            <w:r>
              <w:rPr>
                <w:sz w:val="18"/>
              </w:rPr>
              <w:t>Командада жұмыс істей білуге үйрету, логикалық ойлауын дамыту.</w:t>
            </w:r>
          </w:p>
        </w:tc>
        <w:tc>
          <w:tcPr>
            <w:tcW w:w="1728" w:type="dxa"/>
          </w:tcPr>
          <w:p w14:paraId="62ED9D1E" w14:textId="77777777" w:rsidR="00D7549E" w:rsidRDefault="002C74E9">
            <w:r>
              <w:rPr>
                <w:sz w:val="18"/>
              </w:rPr>
              <w:t>Қағаздан «оригами» үлгісі бойынша қарапайым пішіндер құрастыруға үйрету.</w:t>
            </w:r>
          </w:p>
        </w:tc>
        <w:tc>
          <w:tcPr>
            <w:tcW w:w="1728" w:type="dxa"/>
          </w:tcPr>
          <w:p w14:paraId="50B18255" w14:textId="77777777" w:rsidR="00D7549E" w:rsidRDefault="002C74E9">
            <w:r>
              <w:rPr>
                <w:sz w:val="18"/>
              </w:rPr>
              <w:t>Тең және теңсіздік туралы ұғымдарды біледі, түстер мен пішіндерді ажыратады.</w:t>
            </w:r>
          </w:p>
        </w:tc>
      </w:tr>
      <w:tr w:rsidR="00D7549E" w14:paraId="64CC3A54" w14:textId="77777777">
        <w:trPr>
          <w:jc w:val="center"/>
        </w:trPr>
        <w:tc>
          <w:tcPr>
            <w:tcW w:w="1728" w:type="dxa"/>
          </w:tcPr>
          <w:p w14:paraId="24EBC1B5" w14:textId="77777777" w:rsidR="00D7549E" w:rsidRDefault="002C74E9">
            <w:r>
              <w:rPr>
                <w:sz w:val="18"/>
              </w:rPr>
              <w:t>Шығармашылық дағдыларының, зерттеу іс-әрекетінің дамуы</w:t>
            </w:r>
          </w:p>
        </w:tc>
        <w:tc>
          <w:tcPr>
            <w:tcW w:w="1728" w:type="dxa"/>
          </w:tcPr>
          <w:p w14:paraId="03731480" w14:textId="77777777" w:rsidR="00D7549E" w:rsidRDefault="002C74E9">
            <w:r>
              <w:rPr>
                <w:sz w:val="18"/>
              </w:rPr>
              <w:t>Қылқаламмен бояуда оны бояуға ақырын батыруды, алынған артық бояуды құтының шетіне қылқаламды ақырын басып, ағызып жіберіп бояуды үйрету. Мүсіндеу және заттардың бейнесін жасау.</w:t>
            </w:r>
          </w:p>
        </w:tc>
        <w:tc>
          <w:tcPr>
            <w:tcW w:w="1728" w:type="dxa"/>
          </w:tcPr>
          <w:p w14:paraId="70E61A82" w14:textId="77777777" w:rsidR="00D7549E" w:rsidRDefault="002C74E9">
            <w:r>
              <w:rPr>
                <w:sz w:val="18"/>
              </w:rPr>
              <w:t>Қайшымен дұрыс жұмыс жасау дағдысын бекіту, шығармашылық қабілетін дамыту.</w:t>
            </w:r>
          </w:p>
        </w:tc>
        <w:tc>
          <w:tcPr>
            <w:tcW w:w="1728" w:type="dxa"/>
          </w:tcPr>
          <w:p w14:paraId="4693ED47" w14:textId="77777777" w:rsidR="00D7549E" w:rsidRDefault="002C74E9">
            <w:r>
              <w:rPr>
                <w:sz w:val="18"/>
              </w:rPr>
              <w:t>Қоршаған ортадағы әсемдікті қабылдауға үйрету, өз бетінше сурет салу.</w:t>
            </w:r>
          </w:p>
        </w:tc>
        <w:tc>
          <w:tcPr>
            <w:tcW w:w="1728" w:type="dxa"/>
          </w:tcPr>
          <w:p w14:paraId="3402A6F8" w14:textId="77777777" w:rsidR="00D7549E" w:rsidRDefault="002C74E9">
            <w:r>
              <w:rPr>
                <w:sz w:val="18"/>
              </w:rPr>
              <w:t>Қайшымен дұрыс жұмыс жасай алады, көркемдік жұмыстарды ұқыпты орындайды.</w:t>
            </w:r>
          </w:p>
        </w:tc>
      </w:tr>
      <w:tr w:rsidR="00D7549E" w14:paraId="074231D3" w14:textId="77777777">
        <w:trPr>
          <w:jc w:val="center"/>
        </w:trPr>
        <w:tc>
          <w:tcPr>
            <w:tcW w:w="1728" w:type="dxa"/>
          </w:tcPr>
          <w:p w14:paraId="09E6983D" w14:textId="77777777" w:rsidR="00D7549E" w:rsidRDefault="002C74E9">
            <w:r>
              <w:rPr>
                <w:sz w:val="18"/>
              </w:rPr>
              <w:t>Әлеуметтік-эмоционалды дағдыларды қалыптастыру</w:t>
            </w:r>
          </w:p>
        </w:tc>
        <w:tc>
          <w:tcPr>
            <w:tcW w:w="1728" w:type="dxa"/>
          </w:tcPr>
          <w:p w14:paraId="6E6B08F7" w14:textId="77777777" w:rsidR="00D7549E" w:rsidRDefault="002C74E9">
            <w:r>
              <w:rPr>
                <w:sz w:val="18"/>
              </w:rPr>
              <w:t>Туған өлкенің кейбір өсімдіктері, көкөністері мен жемістері туралы түсініктерін қалыптастыру. Ағаштардың түрлерін танып, атауға үйрету.</w:t>
            </w:r>
          </w:p>
        </w:tc>
        <w:tc>
          <w:tcPr>
            <w:tcW w:w="1728" w:type="dxa"/>
          </w:tcPr>
          <w:p w14:paraId="1B43DD66" w14:textId="77777777" w:rsidR="00D7549E" w:rsidRDefault="002C74E9">
            <w:r>
              <w:rPr>
                <w:sz w:val="18"/>
              </w:rPr>
              <w:t>Ересектердің еңбегі туралы білімдерін кеңейту, өзара сыйластыққа баулу.</w:t>
            </w:r>
          </w:p>
        </w:tc>
        <w:tc>
          <w:tcPr>
            <w:tcW w:w="1728" w:type="dxa"/>
          </w:tcPr>
          <w:p w14:paraId="15915AAA" w14:textId="77777777" w:rsidR="00D7549E" w:rsidRDefault="002C74E9">
            <w:r>
              <w:rPr>
                <w:sz w:val="18"/>
              </w:rPr>
              <w:t>Құрдастарымен сыпайы қарым-қатынас жасауға баулу, топпен ойнауды үйрету.</w:t>
            </w:r>
          </w:p>
        </w:tc>
        <w:tc>
          <w:tcPr>
            <w:tcW w:w="1728" w:type="dxa"/>
          </w:tcPr>
          <w:p w14:paraId="044FDF9D" w14:textId="77777777" w:rsidR="00D7549E" w:rsidRDefault="002C74E9">
            <w:r>
              <w:rPr>
                <w:sz w:val="18"/>
              </w:rPr>
              <w:t>Еңбек адамдарына және олардың еңбектерінің нәтижесіне құрмет көрсетеді, II деңгей (орташа/жоғары).</w:t>
            </w:r>
          </w:p>
        </w:tc>
      </w:tr>
    </w:tbl>
    <w:p w14:paraId="117E3071" w14:textId="77777777" w:rsidR="00D7549E" w:rsidRDefault="002C74E9">
      <w:r>
        <w:br w:type="page"/>
      </w:r>
    </w:p>
    <w:p w14:paraId="311508C9" w14:textId="77777777" w:rsidR="00D7549E" w:rsidRPr="00754D88" w:rsidRDefault="002C74E9">
      <w:pPr>
        <w:jc w:val="center"/>
        <w:rPr>
          <w:lang w:val="ru-RU"/>
        </w:rPr>
      </w:pPr>
      <w:r w:rsidRPr="00754D88">
        <w:rPr>
          <w:b/>
          <w:sz w:val="28"/>
          <w:lang w:val="ru-RU"/>
        </w:rPr>
        <w:lastRenderedPageBreak/>
        <w:t>2023- 2024 оқу жылына арналған баланың жеке даму картасы</w:t>
      </w:r>
    </w:p>
    <w:p w14:paraId="0EFEE788" w14:textId="77777777" w:rsidR="00D7549E" w:rsidRPr="00754D88" w:rsidRDefault="002C74E9">
      <w:pPr>
        <w:rPr>
          <w:lang w:val="ru-RU"/>
        </w:rPr>
      </w:pPr>
      <w:r w:rsidRPr="00754D88">
        <w:rPr>
          <w:b/>
          <w:sz w:val="24"/>
          <w:lang w:val="ru-RU"/>
        </w:rPr>
        <w:t>Баланың Т.А.Ә: БАЛҒЫНБЕК АЙЫМ</w:t>
      </w:r>
    </w:p>
    <w:p w14:paraId="6404FE15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Баланың туған жылы, күні: 2021 ж. (Кіші топ)</w:t>
      </w:r>
    </w:p>
    <w:p w14:paraId="2E9455E1" w14:textId="5440D25F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Білім беру ұйымы: «А</w:t>
      </w:r>
      <w:r w:rsidR="00545297">
        <w:rPr>
          <w:lang w:val="ru-RU"/>
        </w:rPr>
        <w:t>ружан</w:t>
      </w:r>
      <w:r w:rsidRPr="00754D88">
        <w:rPr>
          <w:lang w:val="ru-RU"/>
        </w:rPr>
        <w:t>» балабақшасы</w:t>
      </w:r>
    </w:p>
    <w:p w14:paraId="0BAF61F2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Топ: Кіші жас тобы «Ақбота»</w:t>
      </w:r>
    </w:p>
    <w:p w14:paraId="624D4625" w14:textId="77777777" w:rsidR="00D7549E" w:rsidRPr="00754D88" w:rsidRDefault="00D7549E">
      <w:pPr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70"/>
        <w:gridCol w:w="1728"/>
        <w:gridCol w:w="1728"/>
        <w:gridCol w:w="1728"/>
        <w:gridCol w:w="1728"/>
      </w:tblGrid>
      <w:tr w:rsidR="00D7549E" w14:paraId="5A184A9E" w14:textId="77777777">
        <w:trPr>
          <w:jc w:val="center"/>
        </w:trPr>
        <w:tc>
          <w:tcPr>
            <w:tcW w:w="1728" w:type="dxa"/>
          </w:tcPr>
          <w:p w14:paraId="4988F359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Құзыреттіліктер</w:t>
            </w:r>
          </w:p>
        </w:tc>
        <w:tc>
          <w:tcPr>
            <w:tcW w:w="1728" w:type="dxa"/>
          </w:tcPr>
          <w:p w14:paraId="25EC8B7B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728" w:type="dxa"/>
          </w:tcPr>
          <w:p w14:paraId="7EAFA19B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1728" w:type="dxa"/>
          </w:tcPr>
          <w:p w14:paraId="32D7B2CB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 бақылау нәтижелері бойынша дамыту, түзету іс-шаралары (маусым-шілде)</w:t>
            </w:r>
          </w:p>
        </w:tc>
        <w:tc>
          <w:tcPr>
            <w:tcW w:w="1728" w:type="dxa"/>
          </w:tcPr>
          <w:p w14:paraId="17F2D669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</w:t>
            </w:r>
            <w:r>
              <w:rPr>
                <w:b/>
                <w:sz w:val="19"/>
              </w:rPr>
              <w:br/>
              <w:t>(баланың даму деңгейі сәйкес келеді:</w:t>
            </w:r>
            <w:r>
              <w:rPr>
                <w:b/>
                <w:sz w:val="19"/>
              </w:rPr>
              <w:br/>
              <w:t>III деңгей – «жоғары»;</w:t>
            </w:r>
            <w:r>
              <w:rPr>
                <w:b/>
                <w:sz w:val="19"/>
              </w:rPr>
              <w:br/>
              <w:t>II деңгей – «орташа»;</w:t>
            </w:r>
            <w:r>
              <w:rPr>
                <w:b/>
                <w:sz w:val="19"/>
              </w:rPr>
              <w:br/>
              <w:t>I деңгей – «төмен»)</w:t>
            </w:r>
          </w:p>
        </w:tc>
      </w:tr>
      <w:tr w:rsidR="00D7549E" w14:paraId="153A288D" w14:textId="77777777">
        <w:trPr>
          <w:jc w:val="center"/>
        </w:trPr>
        <w:tc>
          <w:tcPr>
            <w:tcW w:w="1728" w:type="dxa"/>
          </w:tcPr>
          <w:p w14:paraId="70F36C62" w14:textId="77777777" w:rsidR="00D7549E" w:rsidRDefault="002C74E9">
            <w:r>
              <w:rPr>
                <w:sz w:val="18"/>
              </w:rPr>
              <w:t>Физикалық қасиеттері</w:t>
            </w:r>
          </w:p>
        </w:tc>
        <w:tc>
          <w:tcPr>
            <w:tcW w:w="1728" w:type="dxa"/>
          </w:tcPr>
          <w:p w14:paraId="4591D566" w14:textId="77777777" w:rsidR="00D7549E" w:rsidRDefault="002C74E9">
            <w:r>
              <w:rPr>
                <w:sz w:val="18"/>
              </w:rPr>
              <w:t>-Екі аяқтап басты затқа тигізе отырып, жоғары қарай 2-3 метр қашықтықта алға қарай жылжи отырып, тұрған жерінен ұзындыққа секіру дағдыларын қалыптастыру.</w:t>
            </w:r>
          </w:p>
        </w:tc>
        <w:tc>
          <w:tcPr>
            <w:tcW w:w="1728" w:type="dxa"/>
          </w:tcPr>
          <w:p w14:paraId="06B4962E" w14:textId="77777777" w:rsidR="00D7549E" w:rsidRDefault="002C74E9">
            <w:r>
              <w:rPr>
                <w:sz w:val="18"/>
              </w:rPr>
              <w:t>Гигиеналық шараларды орындау: жуыну, шашын тару, қолды сабынмен жуу, қол орамалды қолдану.</w:t>
            </w:r>
          </w:p>
        </w:tc>
        <w:tc>
          <w:tcPr>
            <w:tcW w:w="1728" w:type="dxa"/>
          </w:tcPr>
          <w:p w14:paraId="58F21A4E" w14:textId="77777777" w:rsidR="00D7549E" w:rsidRDefault="002C74E9">
            <w:r>
              <w:rPr>
                <w:sz w:val="18"/>
              </w:rPr>
              <w:t>Денешынықтыру құралдарын, спорттық және қимылды ойындар үшін атрибуттарды пайдалануға ынталандыру.</w:t>
            </w:r>
          </w:p>
        </w:tc>
        <w:tc>
          <w:tcPr>
            <w:tcW w:w="1728" w:type="dxa"/>
          </w:tcPr>
          <w:p w14:paraId="5AE819FF" w14:textId="77777777" w:rsidR="00D7549E" w:rsidRDefault="002C74E9">
            <w:r>
              <w:rPr>
                <w:sz w:val="18"/>
              </w:rPr>
              <w:t>Денсаулық үшін гигиеналық шаралардың маңыздылығы туралы түсініктері қалыптасады.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жеке заттарын қолдану (бет орамал, сүлгі, тарақ).</w:t>
            </w:r>
          </w:p>
        </w:tc>
      </w:tr>
      <w:tr w:rsidR="00D7549E" w14:paraId="5887A1CA" w14:textId="77777777">
        <w:trPr>
          <w:jc w:val="center"/>
        </w:trPr>
        <w:tc>
          <w:tcPr>
            <w:tcW w:w="1728" w:type="dxa"/>
          </w:tcPr>
          <w:p w14:paraId="733265B0" w14:textId="77777777" w:rsidR="00D7549E" w:rsidRDefault="002C74E9">
            <w:r>
              <w:rPr>
                <w:sz w:val="18"/>
              </w:rPr>
              <w:t>Коммуникативтік дағдылары</w:t>
            </w:r>
          </w:p>
        </w:tc>
        <w:tc>
          <w:tcPr>
            <w:tcW w:w="1728" w:type="dxa"/>
          </w:tcPr>
          <w:p w14:paraId="6F74012D" w14:textId="77777777" w:rsidR="00D7549E" w:rsidRDefault="002C74E9">
            <w:r>
              <w:rPr>
                <w:sz w:val="18"/>
              </w:rPr>
              <w:t>- Суреттердегі, заттарды қарастыруда, тірі және өлі табиғат нысандарын бақылау кезінде байланыстырып сөйлеу;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 xml:space="preserve">- Шағын тақпақтар мен өлеңдерді жаттығуға үйрету. Жіңішке сөздерді ажыратуға </w:t>
            </w:r>
            <w:r>
              <w:rPr>
                <w:sz w:val="18"/>
              </w:rPr>
              <w:lastRenderedPageBreak/>
              <w:t>үйрету.</w:t>
            </w:r>
          </w:p>
        </w:tc>
        <w:tc>
          <w:tcPr>
            <w:tcW w:w="1728" w:type="dxa"/>
          </w:tcPr>
          <w:p w14:paraId="505E1F72" w14:textId="77777777" w:rsidR="00D7549E" w:rsidRDefault="002C74E9">
            <w:r>
              <w:rPr>
                <w:sz w:val="18"/>
              </w:rPr>
              <w:lastRenderedPageBreak/>
              <w:t>Ертегілерді айтып беруге үйрету, сөздік қорын байыту.</w:t>
            </w:r>
          </w:p>
        </w:tc>
        <w:tc>
          <w:tcPr>
            <w:tcW w:w="1728" w:type="dxa"/>
          </w:tcPr>
          <w:p w14:paraId="45E93B3F" w14:textId="77777777" w:rsidR="00D7549E" w:rsidRDefault="002C74E9">
            <w:r>
              <w:rPr>
                <w:sz w:val="18"/>
              </w:rPr>
              <w:t>Тілдік қарқынын өзгерту біліктерін бекіту. Артикуляциялық аппаратты одан әрі жетілдіру.</w:t>
            </w:r>
          </w:p>
        </w:tc>
        <w:tc>
          <w:tcPr>
            <w:tcW w:w="1728" w:type="dxa"/>
          </w:tcPr>
          <w:p w14:paraId="1F92A9C5" w14:textId="77777777" w:rsidR="00D7549E" w:rsidRDefault="002C74E9">
            <w:r>
              <w:rPr>
                <w:sz w:val="18"/>
              </w:rPr>
              <w:t>Әдеби кейіпкерлердің әрекеттеріне өзінің көзқарасын білдіре алады.</w:t>
            </w:r>
          </w:p>
        </w:tc>
      </w:tr>
      <w:tr w:rsidR="00D7549E" w14:paraId="6B41CEE9" w14:textId="77777777">
        <w:trPr>
          <w:jc w:val="center"/>
        </w:trPr>
        <w:tc>
          <w:tcPr>
            <w:tcW w:w="1728" w:type="dxa"/>
          </w:tcPr>
          <w:p w14:paraId="66569733" w14:textId="77777777" w:rsidR="00D7549E" w:rsidRDefault="002C74E9">
            <w:r>
              <w:rPr>
                <w:sz w:val="18"/>
              </w:rPr>
              <w:t>Танымдық және зияткерлік дағдылары</w:t>
            </w:r>
          </w:p>
        </w:tc>
        <w:tc>
          <w:tcPr>
            <w:tcW w:w="1728" w:type="dxa"/>
          </w:tcPr>
          <w:p w14:paraId="22F3710C" w14:textId="77777777" w:rsidR="00D7549E" w:rsidRDefault="002C74E9">
            <w:r>
              <w:rPr>
                <w:sz w:val="18"/>
              </w:rPr>
              <w:t>- Бөлмедегі заттарды ажырату және олардың санын анықтау;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Өлшемдері қарама-қарсы және бірдей заттарды салыстыруға үйрету.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«Көп», «біреу», «бір-бірден», «бір де біреуі жоқ» ұғымдары туралы түсініктерін қалыптастыру.</w:t>
            </w:r>
          </w:p>
        </w:tc>
        <w:tc>
          <w:tcPr>
            <w:tcW w:w="1728" w:type="dxa"/>
          </w:tcPr>
          <w:p w14:paraId="704493F3" w14:textId="77777777" w:rsidR="00D7549E" w:rsidRDefault="002C74E9">
            <w:r>
              <w:rPr>
                <w:sz w:val="18"/>
              </w:rPr>
              <w:t>Командада жұмыс істей білуге үйрету, логикалық ойлауын дамыту.</w:t>
            </w:r>
          </w:p>
        </w:tc>
        <w:tc>
          <w:tcPr>
            <w:tcW w:w="1728" w:type="dxa"/>
          </w:tcPr>
          <w:p w14:paraId="11ECD322" w14:textId="77777777" w:rsidR="00D7549E" w:rsidRDefault="002C74E9">
            <w:r>
              <w:rPr>
                <w:sz w:val="18"/>
              </w:rPr>
              <w:t>Қағаздан «оригами» үлгісі бойынша қарапайым пішіндер құрастыруға үйрету.</w:t>
            </w:r>
          </w:p>
        </w:tc>
        <w:tc>
          <w:tcPr>
            <w:tcW w:w="1728" w:type="dxa"/>
          </w:tcPr>
          <w:p w14:paraId="456C6A96" w14:textId="77777777" w:rsidR="00D7549E" w:rsidRDefault="002C74E9">
            <w:r>
              <w:rPr>
                <w:sz w:val="18"/>
              </w:rPr>
              <w:t>Тең және теңсіздік туралы ұғымдарды біледі, түстер мен пішіндерді ажыратады.</w:t>
            </w:r>
          </w:p>
        </w:tc>
      </w:tr>
      <w:tr w:rsidR="00D7549E" w14:paraId="27298EA0" w14:textId="77777777">
        <w:trPr>
          <w:jc w:val="center"/>
        </w:trPr>
        <w:tc>
          <w:tcPr>
            <w:tcW w:w="1728" w:type="dxa"/>
          </w:tcPr>
          <w:p w14:paraId="56ABB95A" w14:textId="77777777" w:rsidR="00D7549E" w:rsidRDefault="002C74E9">
            <w:r>
              <w:rPr>
                <w:sz w:val="18"/>
              </w:rPr>
              <w:t>Шығармашылық дағдыларының, зерттеу іс-әрекетінің дамуы</w:t>
            </w:r>
          </w:p>
        </w:tc>
        <w:tc>
          <w:tcPr>
            <w:tcW w:w="1728" w:type="dxa"/>
          </w:tcPr>
          <w:p w14:paraId="14F2A384" w14:textId="77777777" w:rsidR="00D7549E" w:rsidRDefault="002C74E9">
            <w:r>
              <w:rPr>
                <w:sz w:val="18"/>
              </w:rPr>
              <w:t>Қылқаламмен бояуда оны бояуға ақырын батыруды, алынған артық бояуды құтының шетіне қылқаламды ақырын басып, ағызып жіберіп бояуды үйрету. Мүсіндеу және заттардың бейнесін жасау.</w:t>
            </w:r>
          </w:p>
        </w:tc>
        <w:tc>
          <w:tcPr>
            <w:tcW w:w="1728" w:type="dxa"/>
          </w:tcPr>
          <w:p w14:paraId="3B77AF0F" w14:textId="77777777" w:rsidR="00D7549E" w:rsidRDefault="002C74E9">
            <w:r>
              <w:rPr>
                <w:sz w:val="18"/>
              </w:rPr>
              <w:t>Қайшымен дұрыс жұмыс жасау дағдысын бекіту, шығармашылық қабілетін дамыту.</w:t>
            </w:r>
          </w:p>
        </w:tc>
        <w:tc>
          <w:tcPr>
            <w:tcW w:w="1728" w:type="dxa"/>
          </w:tcPr>
          <w:p w14:paraId="79839D73" w14:textId="77777777" w:rsidR="00D7549E" w:rsidRDefault="002C74E9">
            <w:r>
              <w:rPr>
                <w:sz w:val="18"/>
              </w:rPr>
              <w:t>Қоршаған ортадағы әсемдікті қабылдауға үйрету, өз бетінше сурет салу.</w:t>
            </w:r>
          </w:p>
        </w:tc>
        <w:tc>
          <w:tcPr>
            <w:tcW w:w="1728" w:type="dxa"/>
          </w:tcPr>
          <w:p w14:paraId="493C3E29" w14:textId="77777777" w:rsidR="00D7549E" w:rsidRDefault="002C74E9">
            <w:r>
              <w:rPr>
                <w:sz w:val="18"/>
              </w:rPr>
              <w:t>Қайшымен дұрыс жұмыс жасай алады, көркемдік жұмыстарды ұқыпты орындайды.</w:t>
            </w:r>
          </w:p>
        </w:tc>
      </w:tr>
      <w:tr w:rsidR="00D7549E" w14:paraId="2BEB1DDF" w14:textId="77777777">
        <w:trPr>
          <w:jc w:val="center"/>
        </w:trPr>
        <w:tc>
          <w:tcPr>
            <w:tcW w:w="1728" w:type="dxa"/>
          </w:tcPr>
          <w:p w14:paraId="005160E7" w14:textId="77777777" w:rsidR="00D7549E" w:rsidRDefault="002C74E9">
            <w:r>
              <w:rPr>
                <w:sz w:val="18"/>
              </w:rPr>
              <w:t>Әлеуметтік-эмоционалды дағдыларды қалыптастыру</w:t>
            </w:r>
          </w:p>
        </w:tc>
        <w:tc>
          <w:tcPr>
            <w:tcW w:w="1728" w:type="dxa"/>
          </w:tcPr>
          <w:p w14:paraId="4CFF2A0D" w14:textId="77777777" w:rsidR="00D7549E" w:rsidRDefault="002C74E9">
            <w:r>
              <w:rPr>
                <w:sz w:val="18"/>
              </w:rPr>
              <w:t>Туған өлкенің кейбір өсімдіктері, көкөністері мен жемістері туралы түсініктерін қалыптастыру. Ағаштардың түрлерін танып, атауға үйрету.</w:t>
            </w:r>
          </w:p>
        </w:tc>
        <w:tc>
          <w:tcPr>
            <w:tcW w:w="1728" w:type="dxa"/>
          </w:tcPr>
          <w:p w14:paraId="73FD0E09" w14:textId="77777777" w:rsidR="00D7549E" w:rsidRDefault="002C74E9">
            <w:r>
              <w:rPr>
                <w:sz w:val="18"/>
              </w:rPr>
              <w:t>Ересектердің еңбегі туралы білімдерін кеңейту, өзара сыйластыққа баулу.</w:t>
            </w:r>
          </w:p>
        </w:tc>
        <w:tc>
          <w:tcPr>
            <w:tcW w:w="1728" w:type="dxa"/>
          </w:tcPr>
          <w:p w14:paraId="4E106B46" w14:textId="77777777" w:rsidR="00D7549E" w:rsidRDefault="002C74E9">
            <w:r>
              <w:rPr>
                <w:sz w:val="18"/>
              </w:rPr>
              <w:t>Құрдастарымен сыпайы қарым-қатынас жасауға баулу, топпен ойнауды үйрету.</w:t>
            </w:r>
          </w:p>
        </w:tc>
        <w:tc>
          <w:tcPr>
            <w:tcW w:w="1728" w:type="dxa"/>
          </w:tcPr>
          <w:p w14:paraId="66F04DF2" w14:textId="77777777" w:rsidR="00D7549E" w:rsidRDefault="002C74E9">
            <w:r>
              <w:rPr>
                <w:sz w:val="18"/>
              </w:rPr>
              <w:t>Еңбек адамдарына және олардың еңбектерінің нәтижесіне құрмет көрсетеді, II деңгей (орташа/жоғары).</w:t>
            </w:r>
          </w:p>
        </w:tc>
      </w:tr>
    </w:tbl>
    <w:p w14:paraId="75E5CF7F" w14:textId="77777777" w:rsidR="00D7549E" w:rsidRDefault="002C74E9">
      <w:r>
        <w:br w:type="page"/>
      </w:r>
    </w:p>
    <w:p w14:paraId="0C563307" w14:textId="77777777" w:rsidR="00D7549E" w:rsidRPr="00754D88" w:rsidRDefault="002C74E9">
      <w:pPr>
        <w:jc w:val="center"/>
        <w:rPr>
          <w:lang w:val="ru-RU"/>
        </w:rPr>
      </w:pPr>
      <w:r w:rsidRPr="00754D88">
        <w:rPr>
          <w:b/>
          <w:sz w:val="28"/>
          <w:lang w:val="ru-RU"/>
        </w:rPr>
        <w:lastRenderedPageBreak/>
        <w:t>2023- 2024 оқу жылына арналған баланың жеке даму картасы</w:t>
      </w:r>
    </w:p>
    <w:p w14:paraId="61F038A1" w14:textId="77777777" w:rsidR="00D7549E" w:rsidRPr="00754D88" w:rsidRDefault="002C74E9">
      <w:pPr>
        <w:rPr>
          <w:lang w:val="ru-RU"/>
        </w:rPr>
      </w:pPr>
      <w:r w:rsidRPr="00754D88">
        <w:rPr>
          <w:b/>
          <w:sz w:val="24"/>
          <w:lang w:val="ru-RU"/>
        </w:rPr>
        <w:t>Баланың Т.А.Ә: СКОКОВА АЛИНА</w:t>
      </w:r>
    </w:p>
    <w:p w14:paraId="57B97551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Баланың туған жылы, күні: 2021 ж. (Кіші топ)</w:t>
      </w:r>
    </w:p>
    <w:p w14:paraId="00D695CC" w14:textId="1DCB6315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Білім беру ұйымы: «А</w:t>
      </w:r>
      <w:r w:rsidR="00545297">
        <w:rPr>
          <w:lang w:val="ru-RU"/>
        </w:rPr>
        <w:t>ружан</w:t>
      </w:r>
      <w:r w:rsidRPr="00754D88">
        <w:rPr>
          <w:lang w:val="ru-RU"/>
        </w:rPr>
        <w:t>» балабақшасы</w:t>
      </w:r>
    </w:p>
    <w:p w14:paraId="433D5FC4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Топ: Кіші жас тобы «Ақбота»</w:t>
      </w:r>
    </w:p>
    <w:p w14:paraId="248FC5F0" w14:textId="77777777" w:rsidR="00D7549E" w:rsidRPr="00754D88" w:rsidRDefault="00D7549E">
      <w:pPr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70"/>
        <w:gridCol w:w="1728"/>
        <w:gridCol w:w="1728"/>
        <w:gridCol w:w="1728"/>
        <w:gridCol w:w="1728"/>
      </w:tblGrid>
      <w:tr w:rsidR="00D7549E" w14:paraId="382D6665" w14:textId="77777777">
        <w:trPr>
          <w:jc w:val="center"/>
        </w:trPr>
        <w:tc>
          <w:tcPr>
            <w:tcW w:w="1728" w:type="dxa"/>
          </w:tcPr>
          <w:p w14:paraId="3AA93E10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Құзыреттіліктер</w:t>
            </w:r>
          </w:p>
        </w:tc>
        <w:tc>
          <w:tcPr>
            <w:tcW w:w="1728" w:type="dxa"/>
          </w:tcPr>
          <w:p w14:paraId="09BEB64B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728" w:type="dxa"/>
          </w:tcPr>
          <w:p w14:paraId="746423D9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1728" w:type="dxa"/>
          </w:tcPr>
          <w:p w14:paraId="40C03C69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 бақылау нәтижелері бойынша дамыту, түзету іс-шаралары (маусым-шілде)</w:t>
            </w:r>
          </w:p>
        </w:tc>
        <w:tc>
          <w:tcPr>
            <w:tcW w:w="1728" w:type="dxa"/>
          </w:tcPr>
          <w:p w14:paraId="29DA564C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</w:t>
            </w:r>
            <w:r>
              <w:rPr>
                <w:b/>
                <w:sz w:val="19"/>
              </w:rPr>
              <w:br/>
              <w:t>(баланың даму деңгейі сәйкес келеді:</w:t>
            </w:r>
            <w:r>
              <w:rPr>
                <w:b/>
                <w:sz w:val="19"/>
              </w:rPr>
              <w:br/>
              <w:t>III деңгей – «жоғары»;</w:t>
            </w:r>
            <w:r>
              <w:rPr>
                <w:b/>
                <w:sz w:val="19"/>
              </w:rPr>
              <w:br/>
              <w:t>II деңгей – «орташа»;</w:t>
            </w:r>
            <w:r>
              <w:rPr>
                <w:b/>
                <w:sz w:val="19"/>
              </w:rPr>
              <w:br/>
              <w:t>I деңгей – «төмен»)</w:t>
            </w:r>
          </w:p>
        </w:tc>
      </w:tr>
      <w:tr w:rsidR="00D7549E" w14:paraId="498F5AE4" w14:textId="77777777">
        <w:trPr>
          <w:jc w:val="center"/>
        </w:trPr>
        <w:tc>
          <w:tcPr>
            <w:tcW w:w="1728" w:type="dxa"/>
          </w:tcPr>
          <w:p w14:paraId="40BE00CA" w14:textId="77777777" w:rsidR="00D7549E" w:rsidRDefault="002C74E9">
            <w:r>
              <w:rPr>
                <w:sz w:val="18"/>
              </w:rPr>
              <w:t>Физикалық қасиеттері</w:t>
            </w:r>
          </w:p>
        </w:tc>
        <w:tc>
          <w:tcPr>
            <w:tcW w:w="1728" w:type="dxa"/>
          </w:tcPr>
          <w:p w14:paraId="543125E4" w14:textId="77777777" w:rsidR="00D7549E" w:rsidRDefault="002C74E9">
            <w:r>
              <w:rPr>
                <w:sz w:val="18"/>
              </w:rPr>
              <w:t>-Екі аяқтап басты затқа тигізе отырып, жоғары қарай 2-3 метр қашықтықта алға қарай жылжи отырып, тұрған жерінен ұзындыққа секіру дағдыларын қалыптастыру.</w:t>
            </w:r>
          </w:p>
        </w:tc>
        <w:tc>
          <w:tcPr>
            <w:tcW w:w="1728" w:type="dxa"/>
          </w:tcPr>
          <w:p w14:paraId="7C8773DE" w14:textId="77777777" w:rsidR="00D7549E" w:rsidRDefault="002C74E9">
            <w:r>
              <w:rPr>
                <w:sz w:val="18"/>
              </w:rPr>
              <w:t>Гигиеналық шараларды орындау: жуыну, шашын тару, қолды сабынмен жуу, қол орамалды қолдану.</w:t>
            </w:r>
          </w:p>
        </w:tc>
        <w:tc>
          <w:tcPr>
            <w:tcW w:w="1728" w:type="dxa"/>
          </w:tcPr>
          <w:p w14:paraId="7374F5E5" w14:textId="77777777" w:rsidR="00D7549E" w:rsidRDefault="002C74E9">
            <w:r>
              <w:rPr>
                <w:sz w:val="18"/>
              </w:rPr>
              <w:t>Денешынықтыру құралдарын, спорттық және қимылды ойындар үшін атрибуттарды пайдалануға ынталандыру.</w:t>
            </w:r>
          </w:p>
        </w:tc>
        <w:tc>
          <w:tcPr>
            <w:tcW w:w="1728" w:type="dxa"/>
          </w:tcPr>
          <w:p w14:paraId="690A41E8" w14:textId="77777777" w:rsidR="00D7549E" w:rsidRDefault="002C74E9">
            <w:r>
              <w:rPr>
                <w:sz w:val="18"/>
              </w:rPr>
              <w:t>Денсаулық үшін гигиеналық шаралардың маңыздылығы туралы түсініктері қалыптасады.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жеке заттарын қолдану (бет орамал, сүлгі, тарақ).</w:t>
            </w:r>
          </w:p>
        </w:tc>
      </w:tr>
      <w:tr w:rsidR="00D7549E" w14:paraId="00523FC4" w14:textId="77777777">
        <w:trPr>
          <w:jc w:val="center"/>
        </w:trPr>
        <w:tc>
          <w:tcPr>
            <w:tcW w:w="1728" w:type="dxa"/>
          </w:tcPr>
          <w:p w14:paraId="1B9EAF1A" w14:textId="77777777" w:rsidR="00D7549E" w:rsidRDefault="002C74E9">
            <w:r>
              <w:rPr>
                <w:sz w:val="18"/>
              </w:rPr>
              <w:t>Коммуникативтік дағдылары</w:t>
            </w:r>
          </w:p>
        </w:tc>
        <w:tc>
          <w:tcPr>
            <w:tcW w:w="1728" w:type="dxa"/>
          </w:tcPr>
          <w:p w14:paraId="31B03CDB" w14:textId="77777777" w:rsidR="00D7549E" w:rsidRDefault="002C74E9">
            <w:r>
              <w:rPr>
                <w:sz w:val="18"/>
              </w:rPr>
              <w:t>- Суреттердегі, заттарды қарастыруда, тірі және өлі табиғат нысандарын бақылау кезінде байланыстырып сөйлеу;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 xml:space="preserve">- Шағын тақпақтар мен өлеңдерді жаттығуға үйрету. Жіңішке сөздерді ажыратуға </w:t>
            </w:r>
            <w:r>
              <w:rPr>
                <w:sz w:val="18"/>
              </w:rPr>
              <w:lastRenderedPageBreak/>
              <w:t>үйрету.</w:t>
            </w:r>
          </w:p>
        </w:tc>
        <w:tc>
          <w:tcPr>
            <w:tcW w:w="1728" w:type="dxa"/>
          </w:tcPr>
          <w:p w14:paraId="511B712E" w14:textId="77777777" w:rsidR="00D7549E" w:rsidRDefault="002C74E9">
            <w:r>
              <w:rPr>
                <w:sz w:val="18"/>
              </w:rPr>
              <w:lastRenderedPageBreak/>
              <w:t>Ертегілерді айтып беруге үйрету, сөздік қорын байыту.</w:t>
            </w:r>
          </w:p>
        </w:tc>
        <w:tc>
          <w:tcPr>
            <w:tcW w:w="1728" w:type="dxa"/>
          </w:tcPr>
          <w:p w14:paraId="24D1C076" w14:textId="77777777" w:rsidR="00D7549E" w:rsidRDefault="002C74E9">
            <w:r>
              <w:rPr>
                <w:sz w:val="18"/>
              </w:rPr>
              <w:t>Тілдік қарқынын өзгерту біліктерін бекіту. Артикуляциялық аппаратты одан әрі жетілдіру.</w:t>
            </w:r>
          </w:p>
        </w:tc>
        <w:tc>
          <w:tcPr>
            <w:tcW w:w="1728" w:type="dxa"/>
          </w:tcPr>
          <w:p w14:paraId="1DD1450A" w14:textId="77777777" w:rsidR="00D7549E" w:rsidRDefault="002C74E9">
            <w:r>
              <w:rPr>
                <w:sz w:val="18"/>
              </w:rPr>
              <w:t>Әдеби кейіпкерлердің әрекеттеріне өзінің көзқарасын білдіре алады.</w:t>
            </w:r>
          </w:p>
        </w:tc>
      </w:tr>
      <w:tr w:rsidR="00D7549E" w14:paraId="57935D27" w14:textId="77777777">
        <w:trPr>
          <w:jc w:val="center"/>
        </w:trPr>
        <w:tc>
          <w:tcPr>
            <w:tcW w:w="1728" w:type="dxa"/>
          </w:tcPr>
          <w:p w14:paraId="6E64FF58" w14:textId="77777777" w:rsidR="00D7549E" w:rsidRDefault="002C74E9">
            <w:r>
              <w:rPr>
                <w:sz w:val="18"/>
              </w:rPr>
              <w:t>Танымдық және зияткерлік дағдылары</w:t>
            </w:r>
          </w:p>
        </w:tc>
        <w:tc>
          <w:tcPr>
            <w:tcW w:w="1728" w:type="dxa"/>
          </w:tcPr>
          <w:p w14:paraId="33A4B534" w14:textId="77777777" w:rsidR="00D7549E" w:rsidRDefault="002C74E9">
            <w:r>
              <w:rPr>
                <w:sz w:val="18"/>
              </w:rPr>
              <w:t>- Бөлмедегі заттарды ажырату және олардың санын анықтау;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Өлшемдері қарама-қарсы және бірдей заттарды салыстыруға үйрету.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«Көп», «біреу», «бір-бірден», «бір де біреуі жоқ» ұғымдары туралы түсініктерін қалыптастыру.</w:t>
            </w:r>
          </w:p>
        </w:tc>
        <w:tc>
          <w:tcPr>
            <w:tcW w:w="1728" w:type="dxa"/>
          </w:tcPr>
          <w:p w14:paraId="50C852D9" w14:textId="77777777" w:rsidR="00D7549E" w:rsidRDefault="002C74E9">
            <w:r>
              <w:rPr>
                <w:sz w:val="18"/>
              </w:rPr>
              <w:t>Командада жұмыс істей білуге үйрету, логикалық ойлауын дамыту.</w:t>
            </w:r>
          </w:p>
        </w:tc>
        <w:tc>
          <w:tcPr>
            <w:tcW w:w="1728" w:type="dxa"/>
          </w:tcPr>
          <w:p w14:paraId="301F2932" w14:textId="77777777" w:rsidR="00D7549E" w:rsidRDefault="002C74E9">
            <w:r>
              <w:rPr>
                <w:sz w:val="18"/>
              </w:rPr>
              <w:t>Қағаздан «оригами» үлгісі бойынша қарапайым пішіндер құрастыруға үйрету.</w:t>
            </w:r>
          </w:p>
        </w:tc>
        <w:tc>
          <w:tcPr>
            <w:tcW w:w="1728" w:type="dxa"/>
          </w:tcPr>
          <w:p w14:paraId="367C3F40" w14:textId="77777777" w:rsidR="00D7549E" w:rsidRDefault="002C74E9">
            <w:r>
              <w:rPr>
                <w:sz w:val="18"/>
              </w:rPr>
              <w:t>Тең және теңсіздік туралы ұғымдарды біледі, түстер мен пішіндерді ажыратады.</w:t>
            </w:r>
          </w:p>
        </w:tc>
      </w:tr>
      <w:tr w:rsidR="00D7549E" w14:paraId="1E4AC12F" w14:textId="77777777">
        <w:trPr>
          <w:jc w:val="center"/>
        </w:trPr>
        <w:tc>
          <w:tcPr>
            <w:tcW w:w="1728" w:type="dxa"/>
          </w:tcPr>
          <w:p w14:paraId="4B699861" w14:textId="77777777" w:rsidR="00D7549E" w:rsidRDefault="002C74E9">
            <w:r>
              <w:rPr>
                <w:sz w:val="18"/>
              </w:rPr>
              <w:t>Шығармашылық дағдыларының, зерттеу іс-әрекетінің дамуы</w:t>
            </w:r>
          </w:p>
        </w:tc>
        <w:tc>
          <w:tcPr>
            <w:tcW w:w="1728" w:type="dxa"/>
          </w:tcPr>
          <w:p w14:paraId="2D079AB4" w14:textId="77777777" w:rsidR="00D7549E" w:rsidRDefault="002C74E9">
            <w:r>
              <w:rPr>
                <w:sz w:val="18"/>
              </w:rPr>
              <w:t>Қылқаламмен бояуда оны бояуға ақырын батыруды, алынған артық бояуды құтының шетіне қылқаламды ақырын басып, ағызып жіберіп бояуды үйрету. Мүсіндеу және заттардың бейнесін жасау.</w:t>
            </w:r>
          </w:p>
        </w:tc>
        <w:tc>
          <w:tcPr>
            <w:tcW w:w="1728" w:type="dxa"/>
          </w:tcPr>
          <w:p w14:paraId="17C6C096" w14:textId="77777777" w:rsidR="00D7549E" w:rsidRDefault="002C74E9">
            <w:r>
              <w:rPr>
                <w:sz w:val="18"/>
              </w:rPr>
              <w:t>Қайшымен дұрыс жұмыс жасау дағдысын бекіту, шығармашылық қабілетін дамыту.</w:t>
            </w:r>
          </w:p>
        </w:tc>
        <w:tc>
          <w:tcPr>
            <w:tcW w:w="1728" w:type="dxa"/>
          </w:tcPr>
          <w:p w14:paraId="3ED70220" w14:textId="77777777" w:rsidR="00D7549E" w:rsidRDefault="002C74E9">
            <w:r>
              <w:rPr>
                <w:sz w:val="18"/>
              </w:rPr>
              <w:t>Қоршаған ортадағы әсемдікті қабылдауға үйрету, өз бетінше сурет салу.</w:t>
            </w:r>
          </w:p>
        </w:tc>
        <w:tc>
          <w:tcPr>
            <w:tcW w:w="1728" w:type="dxa"/>
          </w:tcPr>
          <w:p w14:paraId="597951FA" w14:textId="77777777" w:rsidR="00D7549E" w:rsidRDefault="002C74E9">
            <w:r>
              <w:rPr>
                <w:sz w:val="18"/>
              </w:rPr>
              <w:t>Қайшымен дұрыс жұмыс жасай алады, көркемдік жұмыстарды ұқыпты орындайды.</w:t>
            </w:r>
          </w:p>
        </w:tc>
      </w:tr>
      <w:tr w:rsidR="00D7549E" w14:paraId="28D52503" w14:textId="77777777">
        <w:trPr>
          <w:jc w:val="center"/>
        </w:trPr>
        <w:tc>
          <w:tcPr>
            <w:tcW w:w="1728" w:type="dxa"/>
          </w:tcPr>
          <w:p w14:paraId="34E1E7FD" w14:textId="77777777" w:rsidR="00D7549E" w:rsidRDefault="002C74E9">
            <w:r>
              <w:rPr>
                <w:sz w:val="18"/>
              </w:rPr>
              <w:t>Әлеуметтік-эмоционалды дағдыларды қалыптастыру</w:t>
            </w:r>
          </w:p>
        </w:tc>
        <w:tc>
          <w:tcPr>
            <w:tcW w:w="1728" w:type="dxa"/>
          </w:tcPr>
          <w:p w14:paraId="598DAC6D" w14:textId="77777777" w:rsidR="00D7549E" w:rsidRDefault="002C74E9">
            <w:r>
              <w:rPr>
                <w:sz w:val="18"/>
              </w:rPr>
              <w:t>Туған өлкенің кейбір өсімдіктері, көкөністері мен жемістері туралы түсініктерін қалыптастыру. Ағаштардың түрлерін танып, атауға үйрету.</w:t>
            </w:r>
          </w:p>
        </w:tc>
        <w:tc>
          <w:tcPr>
            <w:tcW w:w="1728" w:type="dxa"/>
          </w:tcPr>
          <w:p w14:paraId="2B1CB16F" w14:textId="77777777" w:rsidR="00D7549E" w:rsidRDefault="002C74E9">
            <w:r>
              <w:rPr>
                <w:sz w:val="18"/>
              </w:rPr>
              <w:t>Ересектердің еңбегі туралы білімдерін кеңейту, өзара сыйластыққа баулу.</w:t>
            </w:r>
          </w:p>
        </w:tc>
        <w:tc>
          <w:tcPr>
            <w:tcW w:w="1728" w:type="dxa"/>
          </w:tcPr>
          <w:p w14:paraId="06CFAF04" w14:textId="77777777" w:rsidR="00D7549E" w:rsidRDefault="002C74E9">
            <w:r>
              <w:rPr>
                <w:sz w:val="18"/>
              </w:rPr>
              <w:t>Құрдастарымен сыпайы қарым-қатынас жасауға баулу, топпен ойнауды үйрету.</w:t>
            </w:r>
          </w:p>
        </w:tc>
        <w:tc>
          <w:tcPr>
            <w:tcW w:w="1728" w:type="dxa"/>
          </w:tcPr>
          <w:p w14:paraId="6879EF10" w14:textId="77777777" w:rsidR="00D7549E" w:rsidRDefault="002C74E9">
            <w:r>
              <w:rPr>
                <w:sz w:val="18"/>
              </w:rPr>
              <w:t>Еңбек адамдарына және олардың еңбектерінің нәтижесіне құрмет көрсетеді, II деңгей (орташа/жоғары).</w:t>
            </w:r>
          </w:p>
        </w:tc>
      </w:tr>
    </w:tbl>
    <w:p w14:paraId="13F9A2A8" w14:textId="77777777" w:rsidR="00D7549E" w:rsidRDefault="002C74E9">
      <w:r>
        <w:br w:type="page"/>
      </w:r>
    </w:p>
    <w:p w14:paraId="6AE1D435" w14:textId="77777777" w:rsidR="00D7549E" w:rsidRPr="00754D88" w:rsidRDefault="002C74E9">
      <w:pPr>
        <w:jc w:val="center"/>
        <w:rPr>
          <w:lang w:val="ru-RU"/>
        </w:rPr>
      </w:pPr>
      <w:r w:rsidRPr="00754D88">
        <w:rPr>
          <w:b/>
          <w:sz w:val="28"/>
          <w:lang w:val="ru-RU"/>
        </w:rPr>
        <w:lastRenderedPageBreak/>
        <w:t>2023- 2024 оқу жылына арналған баланың жеке даму картасы</w:t>
      </w:r>
    </w:p>
    <w:p w14:paraId="7496D289" w14:textId="77777777" w:rsidR="00D7549E" w:rsidRPr="00754D88" w:rsidRDefault="002C74E9">
      <w:pPr>
        <w:rPr>
          <w:lang w:val="ru-RU"/>
        </w:rPr>
      </w:pPr>
      <w:r w:rsidRPr="00754D88">
        <w:rPr>
          <w:b/>
          <w:sz w:val="24"/>
          <w:lang w:val="ru-RU"/>
        </w:rPr>
        <w:t>Баланың Т.А.Ә: ТАСАН АДЕЛИНА</w:t>
      </w:r>
    </w:p>
    <w:p w14:paraId="5917D784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Баланың туған жылы, күні: 2021 ж. (Кіші топ)</w:t>
      </w:r>
    </w:p>
    <w:p w14:paraId="02B3C5A3" w14:textId="033BD760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Білім беру ұйымы: «А</w:t>
      </w:r>
      <w:r w:rsidR="00545297">
        <w:rPr>
          <w:lang w:val="ru-RU"/>
        </w:rPr>
        <w:t>ружан</w:t>
      </w:r>
      <w:r w:rsidRPr="00754D88">
        <w:rPr>
          <w:lang w:val="ru-RU"/>
        </w:rPr>
        <w:t>» балабақшасы</w:t>
      </w:r>
    </w:p>
    <w:p w14:paraId="45B1BA28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Топ: Кіші жас тобы «Ақбота»</w:t>
      </w:r>
    </w:p>
    <w:p w14:paraId="4E3F765C" w14:textId="77777777" w:rsidR="00D7549E" w:rsidRPr="00754D88" w:rsidRDefault="00D7549E">
      <w:pPr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70"/>
        <w:gridCol w:w="1728"/>
        <w:gridCol w:w="1728"/>
        <w:gridCol w:w="1728"/>
        <w:gridCol w:w="1728"/>
      </w:tblGrid>
      <w:tr w:rsidR="00D7549E" w14:paraId="0D66F085" w14:textId="77777777">
        <w:trPr>
          <w:jc w:val="center"/>
        </w:trPr>
        <w:tc>
          <w:tcPr>
            <w:tcW w:w="1728" w:type="dxa"/>
          </w:tcPr>
          <w:p w14:paraId="73AC927E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Құзыреттіліктер</w:t>
            </w:r>
          </w:p>
        </w:tc>
        <w:tc>
          <w:tcPr>
            <w:tcW w:w="1728" w:type="dxa"/>
          </w:tcPr>
          <w:p w14:paraId="3E7CDB44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728" w:type="dxa"/>
          </w:tcPr>
          <w:p w14:paraId="56F4A455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1728" w:type="dxa"/>
          </w:tcPr>
          <w:p w14:paraId="0251288D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 бақылау нәтижелері бойынша дамыту, түзету іс-шаралары (маусым-шілде)</w:t>
            </w:r>
          </w:p>
        </w:tc>
        <w:tc>
          <w:tcPr>
            <w:tcW w:w="1728" w:type="dxa"/>
          </w:tcPr>
          <w:p w14:paraId="7E8D4A43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</w:t>
            </w:r>
            <w:r>
              <w:rPr>
                <w:b/>
                <w:sz w:val="19"/>
              </w:rPr>
              <w:br/>
              <w:t>(баланың даму деңгейі сәйкес келеді:</w:t>
            </w:r>
            <w:r>
              <w:rPr>
                <w:b/>
                <w:sz w:val="19"/>
              </w:rPr>
              <w:br/>
              <w:t>III деңгей – «жоғары»;</w:t>
            </w:r>
            <w:r>
              <w:rPr>
                <w:b/>
                <w:sz w:val="19"/>
              </w:rPr>
              <w:br/>
              <w:t>II деңгей – «орташа»;</w:t>
            </w:r>
            <w:r>
              <w:rPr>
                <w:b/>
                <w:sz w:val="19"/>
              </w:rPr>
              <w:br/>
              <w:t>I деңгей – «төмен»)</w:t>
            </w:r>
          </w:p>
        </w:tc>
      </w:tr>
      <w:tr w:rsidR="00D7549E" w14:paraId="599C5930" w14:textId="77777777">
        <w:trPr>
          <w:jc w:val="center"/>
        </w:trPr>
        <w:tc>
          <w:tcPr>
            <w:tcW w:w="1728" w:type="dxa"/>
          </w:tcPr>
          <w:p w14:paraId="4125D264" w14:textId="77777777" w:rsidR="00D7549E" w:rsidRDefault="002C74E9">
            <w:r>
              <w:rPr>
                <w:sz w:val="18"/>
              </w:rPr>
              <w:t>Физикалық қасиеттері</w:t>
            </w:r>
          </w:p>
        </w:tc>
        <w:tc>
          <w:tcPr>
            <w:tcW w:w="1728" w:type="dxa"/>
          </w:tcPr>
          <w:p w14:paraId="63052962" w14:textId="77777777" w:rsidR="00D7549E" w:rsidRDefault="002C74E9">
            <w:r>
              <w:rPr>
                <w:sz w:val="18"/>
              </w:rPr>
              <w:t>-Екі аяқтап басты затқа тигізе отырып, жоғары қарай 2-3 метр қашықтықта алға қарай жылжи отырып, тұрған жерінен ұзындыққа секіру дағдыларын қалыптастыру.</w:t>
            </w:r>
          </w:p>
        </w:tc>
        <w:tc>
          <w:tcPr>
            <w:tcW w:w="1728" w:type="dxa"/>
          </w:tcPr>
          <w:p w14:paraId="58117362" w14:textId="77777777" w:rsidR="00D7549E" w:rsidRDefault="002C74E9">
            <w:r>
              <w:rPr>
                <w:sz w:val="18"/>
              </w:rPr>
              <w:t>Гигиеналық шараларды орындау: жуыну, шашын тару, қолды сабынмен жуу, қол орамалды қолдану.</w:t>
            </w:r>
          </w:p>
        </w:tc>
        <w:tc>
          <w:tcPr>
            <w:tcW w:w="1728" w:type="dxa"/>
          </w:tcPr>
          <w:p w14:paraId="30846E30" w14:textId="77777777" w:rsidR="00D7549E" w:rsidRDefault="002C74E9">
            <w:r>
              <w:rPr>
                <w:sz w:val="18"/>
              </w:rPr>
              <w:t>Денешынықтыру құралдарын, спорттық және қимылды ойындар үшін атрибуттарды пайдалануға ынталандыру.</w:t>
            </w:r>
          </w:p>
        </w:tc>
        <w:tc>
          <w:tcPr>
            <w:tcW w:w="1728" w:type="dxa"/>
          </w:tcPr>
          <w:p w14:paraId="6383FD61" w14:textId="77777777" w:rsidR="00D7549E" w:rsidRDefault="002C74E9">
            <w:r>
              <w:rPr>
                <w:sz w:val="18"/>
              </w:rPr>
              <w:t>Денсаулық үшін гигиеналық шаралардың маңыздылығы туралы түсініктері қалыптасады.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жеке заттарын қолдану (бет орамал, сүлгі, тарақ).</w:t>
            </w:r>
          </w:p>
        </w:tc>
      </w:tr>
      <w:tr w:rsidR="00D7549E" w14:paraId="037A113C" w14:textId="77777777">
        <w:trPr>
          <w:jc w:val="center"/>
        </w:trPr>
        <w:tc>
          <w:tcPr>
            <w:tcW w:w="1728" w:type="dxa"/>
          </w:tcPr>
          <w:p w14:paraId="5E16764E" w14:textId="77777777" w:rsidR="00D7549E" w:rsidRDefault="002C74E9">
            <w:r>
              <w:rPr>
                <w:sz w:val="18"/>
              </w:rPr>
              <w:t>Коммуникативтік дағдылары</w:t>
            </w:r>
          </w:p>
        </w:tc>
        <w:tc>
          <w:tcPr>
            <w:tcW w:w="1728" w:type="dxa"/>
          </w:tcPr>
          <w:p w14:paraId="1EC56F72" w14:textId="77777777" w:rsidR="00D7549E" w:rsidRDefault="002C74E9">
            <w:r>
              <w:rPr>
                <w:sz w:val="18"/>
              </w:rPr>
              <w:t>- Суреттердегі, заттарды қарастыруда, тірі және өлі табиғат нысандарын бақылау кезінде байланыстырып сөйлеу;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 xml:space="preserve">- Шағын тақпақтар мен өлеңдерді жаттығуға үйрету. Жіңішке сөздерді ажыратуға </w:t>
            </w:r>
            <w:r>
              <w:rPr>
                <w:sz w:val="18"/>
              </w:rPr>
              <w:lastRenderedPageBreak/>
              <w:t>үйрету.</w:t>
            </w:r>
          </w:p>
        </w:tc>
        <w:tc>
          <w:tcPr>
            <w:tcW w:w="1728" w:type="dxa"/>
          </w:tcPr>
          <w:p w14:paraId="17512B7A" w14:textId="77777777" w:rsidR="00D7549E" w:rsidRDefault="002C74E9">
            <w:r>
              <w:rPr>
                <w:sz w:val="18"/>
              </w:rPr>
              <w:lastRenderedPageBreak/>
              <w:t>Ертегілерді айтып беруге үйрету, сөздік қорын байыту.</w:t>
            </w:r>
          </w:p>
        </w:tc>
        <w:tc>
          <w:tcPr>
            <w:tcW w:w="1728" w:type="dxa"/>
          </w:tcPr>
          <w:p w14:paraId="1FFDB09A" w14:textId="77777777" w:rsidR="00D7549E" w:rsidRDefault="002C74E9">
            <w:r>
              <w:rPr>
                <w:sz w:val="18"/>
              </w:rPr>
              <w:t>Тілдік қарқынын өзгерту біліктерін бекіту. Артикуляциялық аппаратты одан әрі жетілдіру.</w:t>
            </w:r>
          </w:p>
        </w:tc>
        <w:tc>
          <w:tcPr>
            <w:tcW w:w="1728" w:type="dxa"/>
          </w:tcPr>
          <w:p w14:paraId="626CD025" w14:textId="77777777" w:rsidR="00D7549E" w:rsidRDefault="002C74E9">
            <w:r>
              <w:rPr>
                <w:sz w:val="18"/>
              </w:rPr>
              <w:t>Әдеби кейіпкерлердің әрекеттеріне өзінің көзқарасын білдіре алады.</w:t>
            </w:r>
          </w:p>
        </w:tc>
      </w:tr>
      <w:tr w:rsidR="00D7549E" w14:paraId="4443164B" w14:textId="77777777">
        <w:trPr>
          <w:jc w:val="center"/>
        </w:trPr>
        <w:tc>
          <w:tcPr>
            <w:tcW w:w="1728" w:type="dxa"/>
          </w:tcPr>
          <w:p w14:paraId="7CF3CC96" w14:textId="77777777" w:rsidR="00D7549E" w:rsidRDefault="002C74E9">
            <w:r>
              <w:rPr>
                <w:sz w:val="18"/>
              </w:rPr>
              <w:t>Танымдық және зияткерлік дағдылары</w:t>
            </w:r>
          </w:p>
        </w:tc>
        <w:tc>
          <w:tcPr>
            <w:tcW w:w="1728" w:type="dxa"/>
          </w:tcPr>
          <w:p w14:paraId="2FFC93A0" w14:textId="77777777" w:rsidR="00D7549E" w:rsidRDefault="002C74E9">
            <w:r>
              <w:rPr>
                <w:sz w:val="18"/>
              </w:rPr>
              <w:t>- Бөлмедегі заттарды ажырату және олардың санын анықтау;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Өлшемдері қарама-қарсы және бірдей заттарды салыстыруға үйрету.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«Көп», «біреу», «бір-бірден», «бір де біреуі жоқ» ұғымдары туралы түсініктерін қалыптастыру.</w:t>
            </w:r>
          </w:p>
        </w:tc>
        <w:tc>
          <w:tcPr>
            <w:tcW w:w="1728" w:type="dxa"/>
          </w:tcPr>
          <w:p w14:paraId="07B821CB" w14:textId="77777777" w:rsidR="00D7549E" w:rsidRDefault="002C74E9">
            <w:r>
              <w:rPr>
                <w:sz w:val="18"/>
              </w:rPr>
              <w:t>Командада жұмыс істей білуге үйрету, логикалық ойлауын дамыту.</w:t>
            </w:r>
          </w:p>
        </w:tc>
        <w:tc>
          <w:tcPr>
            <w:tcW w:w="1728" w:type="dxa"/>
          </w:tcPr>
          <w:p w14:paraId="3DF512DB" w14:textId="77777777" w:rsidR="00D7549E" w:rsidRDefault="002C74E9">
            <w:r>
              <w:rPr>
                <w:sz w:val="18"/>
              </w:rPr>
              <w:t>Қағаздан «оригами» үлгісі бойынша қарапайым пішіндер құрастыруға үйрету.</w:t>
            </w:r>
          </w:p>
        </w:tc>
        <w:tc>
          <w:tcPr>
            <w:tcW w:w="1728" w:type="dxa"/>
          </w:tcPr>
          <w:p w14:paraId="7DE1388B" w14:textId="77777777" w:rsidR="00D7549E" w:rsidRDefault="002C74E9">
            <w:r>
              <w:rPr>
                <w:sz w:val="18"/>
              </w:rPr>
              <w:t>Тең және теңсіздік туралы ұғымдарды біледі, түстер мен пішіндерді ажыратады.</w:t>
            </w:r>
          </w:p>
        </w:tc>
      </w:tr>
      <w:tr w:rsidR="00D7549E" w14:paraId="0676678C" w14:textId="77777777">
        <w:trPr>
          <w:jc w:val="center"/>
        </w:trPr>
        <w:tc>
          <w:tcPr>
            <w:tcW w:w="1728" w:type="dxa"/>
          </w:tcPr>
          <w:p w14:paraId="5CBB275E" w14:textId="77777777" w:rsidR="00D7549E" w:rsidRDefault="002C74E9">
            <w:r>
              <w:rPr>
                <w:sz w:val="18"/>
              </w:rPr>
              <w:t>Шығармашылық дағдыларының, зерттеу іс-әрекетінің дамуы</w:t>
            </w:r>
          </w:p>
        </w:tc>
        <w:tc>
          <w:tcPr>
            <w:tcW w:w="1728" w:type="dxa"/>
          </w:tcPr>
          <w:p w14:paraId="12E21F1D" w14:textId="77777777" w:rsidR="00D7549E" w:rsidRDefault="002C74E9">
            <w:r>
              <w:rPr>
                <w:sz w:val="18"/>
              </w:rPr>
              <w:t>Қылқаламмен бояуда оны бояуға ақырын батыруды, алынған артық бояуды құтының шетіне қылқаламды ақырын басып, ағызып жіберіп бояуды үйрету. Мүсіндеу және заттардың бейнесін жасау.</w:t>
            </w:r>
          </w:p>
        </w:tc>
        <w:tc>
          <w:tcPr>
            <w:tcW w:w="1728" w:type="dxa"/>
          </w:tcPr>
          <w:p w14:paraId="07D04679" w14:textId="77777777" w:rsidR="00D7549E" w:rsidRDefault="002C74E9">
            <w:r>
              <w:rPr>
                <w:sz w:val="18"/>
              </w:rPr>
              <w:t>Қайшымен дұрыс жұмыс жасау дағдысын бекіту, шығармашылық қабілетін дамыту.</w:t>
            </w:r>
          </w:p>
        </w:tc>
        <w:tc>
          <w:tcPr>
            <w:tcW w:w="1728" w:type="dxa"/>
          </w:tcPr>
          <w:p w14:paraId="5C2C4681" w14:textId="77777777" w:rsidR="00D7549E" w:rsidRDefault="002C74E9">
            <w:r>
              <w:rPr>
                <w:sz w:val="18"/>
              </w:rPr>
              <w:t>Қоршаған ортадағы әсемдікті қабылдауға үйрету, өз бетінше сурет салу.</w:t>
            </w:r>
          </w:p>
        </w:tc>
        <w:tc>
          <w:tcPr>
            <w:tcW w:w="1728" w:type="dxa"/>
          </w:tcPr>
          <w:p w14:paraId="2999A5B2" w14:textId="77777777" w:rsidR="00D7549E" w:rsidRDefault="002C74E9">
            <w:r>
              <w:rPr>
                <w:sz w:val="18"/>
              </w:rPr>
              <w:t>Қайшымен дұрыс жұмыс жасай алады, көркемдік жұмыстарды ұқыпты орындайды.</w:t>
            </w:r>
          </w:p>
        </w:tc>
      </w:tr>
      <w:tr w:rsidR="00D7549E" w14:paraId="083EA2F3" w14:textId="77777777">
        <w:trPr>
          <w:jc w:val="center"/>
        </w:trPr>
        <w:tc>
          <w:tcPr>
            <w:tcW w:w="1728" w:type="dxa"/>
          </w:tcPr>
          <w:p w14:paraId="076F1D16" w14:textId="77777777" w:rsidR="00D7549E" w:rsidRDefault="002C74E9">
            <w:r>
              <w:rPr>
                <w:sz w:val="18"/>
              </w:rPr>
              <w:t>Әлеуметтік-эмоционалды дағдыларды қалыптастыру</w:t>
            </w:r>
          </w:p>
        </w:tc>
        <w:tc>
          <w:tcPr>
            <w:tcW w:w="1728" w:type="dxa"/>
          </w:tcPr>
          <w:p w14:paraId="4CBB8373" w14:textId="77777777" w:rsidR="00D7549E" w:rsidRDefault="002C74E9">
            <w:r>
              <w:rPr>
                <w:sz w:val="18"/>
              </w:rPr>
              <w:t>Туған өлкенің кейбір өсімдіктері, көкөністері мен жемістері туралы түсініктерін қалыптастыру. Ағаштардың түрлерін танып, атауға үйрету.</w:t>
            </w:r>
          </w:p>
        </w:tc>
        <w:tc>
          <w:tcPr>
            <w:tcW w:w="1728" w:type="dxa"/>
          </w:tcPr>
          <w:p w14:paraId="50AE9DEE" w14:textId="77777777" w:rsidR="00D7549E" w:rsidRDefault="002C74E9">
            <w:r>
              <w:rPr>
                <w:sz w:val="18"/>
              </w:rPr>
              <w:t>Ересектердің еңбегі туралы білімдерін кеңейту, өзара сыйластыққа баулу.</w:t>
            </w:r>
          </w:p>
        </w:tc>
        <w:tc>
          <w:tcPr>
            <w:tcW w:w="1728" w:type="dxa"/>
          </w:tcPr>
          <w:p w14:paraId="55ED946B" w14:textId="77777777" w:rsidR="00D7549E" w:rsidRDefault="002C74E9">
            <w:r>
              <w:rPr>
                <w:sz w:val="18"/>
              </w:rPr>
              <w:t>Құрдастарымен сыпайы қарым-қатынас жасауға баулу, топпен ойнауды үйрету.</w:t>
            </w:r>
          </w:p>
        </w:tc>
        <w:tc>
          <w:tcPr>
            <w:tcW w:w="1728" w:type="dxa"/>
          </w:tcPr>
          <w:p w14:paraId="1663A85D" w14:textId="77777777" w:rsidR="00D7549E" w:rsidRDefault="002C74E9">
            <w:r>
              <w:rPr>
                <w:sz w:val="18"/>
              </w:rPr>
              <w:t>Еңбек адамдарына және олардың еңбектерінің нәтижесіне құрмет көрсетеді, II деңгей (орташа/жоғары).</w:t>
            </w:r>
          </w:p>
        </w:tc>
      </w:tr>
    </w:tbl>
    <w:p w14:paraId="65FDE95D" w14:textId="77777777" w:rsidR="00D7549E" w:rsidRDefault="002C74E9">
      <w:r>
        <w:br w:type="page"/>
      </w:r>
    </w:p>
    <w:p w14:paraId="58EE919D" w14:textId="77777777" w:rsidR="00D7549E" w:rsidRPr="00754D88" w:rsidRDefault="002C74E9">
      <w:pPr>
        <w:jc w:val="center"/>
        <w:rPr>
          <w:lang w:val="ru-RU"/>
        </w:rPr>
      </w:pPr>
      <w:r w:rsidRPr="00754D88">
        <w:rPr>
          <w:b/>
          <w:sz w:val="28"/>
          <w:lang w:val="ru-RU"/>
        </w:rPr>
        <w:lastRenderedPageBreak/>
        <w:t>2023- 2024 оқу жылына арналған баланың жеке даму картасы</w:t>
      </w:r>
    </w:p>
    <w:p w14:paraId="53552567" w14:textId="77777777" w:rsidR="00D7549E" w:rsidRPr="00754D88" w:rsidRDefault="002C74E9">
      <w:pPr>
        <w:rPr>
          <w:lang w:val="ru-RU"/>
        </w:rPr>
      </w:pPr>
      <w:r w:rsidRPr="00754D88">
        <w:rPr>
          <w:b/>
          <w:sz w:val="24"/>
          <w:lang w:val="ru-RU"/>
        </w:rPr>
        <w:t>Баланың Т.А.Ә: АЙТБЕК МЕДИНА</w:t>
      </w:r>
    </w:p>
    <w:p w14:paraId="0488B371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Баланың туған жылы, күні: 2021 ж. (Кіші топ)</w:t>
      </w:r>
    </w:p>
    <w:p w14:paraId="0B58B36C" w14:textId="3D18CF05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Білім беру ұйымы: «А</w:t>
      </w:r>
      <w:r w:rsidR="00545297">
        <w:rPr>
          <w:lang w:val="ru-RU"/>
        </w:rPr>
        <w:t>ружан</w:t>
      </w:r>
      <w:r w:rsidRPr="00754D88">
        <w:rPr>
          <w:lang w:val="ru-RU"/>
        </w:rPr>
        <w:t>» балабақшасы</w:t>
      </w:r>
    </w:p>
    <w:p w14:paraId="64E7E0A4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Топ: Кіші жас тобы «Ақбота»</w:t>
      </w:r>
    </w:p>
    <w:p w14:paraId="2EA1EC70" w14:textId="77777777" w:rsidR="00D7549E" w:rsidRPr="00754D88" w:rsidRDefault="00D7549E">
      <w:pPr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70"/>
        <w:gridCol w:w="1728"/>
        <w:gridCol w:w="1728"/>
        <w:gridCol w:w="1728"/>
        <w:gridCol w:w="1728"/>
      </w:tblGrid>
      <w:tr w:rsidR="00D7549E" w14:paraId="38ACC7A4" w14:textId="77777777">
        <w:trPr>
          <w:jc w:val="center"/>
        </w:trPr>
        <w:tc>
          <w:tcPr>
            <w:tcW w:w="1728" w:type="dxa"/>
          </w:tcPr>
          <w:p w14:paraId="14F85E01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Құзыреттіліктер</w:t>
            </w:r>
          </w:p>
        </w:tc>
        <w:tc>
          <w:tcPr>
            <w:tcW w:w="1728" w:type="dxa"/>
          </w:tcPr>
          <w:p w14:paraId="173B139F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728" w:type="dxa"/>
          </w:tcPr>
          <w:p w14:paraId="506C8AA2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1728" w:type="dxa"/>
          </w:tcPr>
          <w:p w14:paraId="6F0F5AD1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 бақылау нәтижелері бойынша дамыту, түзету іс-шаралары (маусым-шілде)</w:t>
            </w:r>
          </w:p>
        </w:tc>
        <w:tc>
          <w:tcPr>
            <w:tcW w:w="1728" w:type="dxa"/>
          </w:tcPr>
          <w:p w14:paraId="3B1BE855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</w:t>
            </w:r>
            <w:r>
              <w:rPr>
                <w:b/>
                <w:sz w:val="19"/>
              </w:rPr>
              <w:br/>
              <w:t>(баланың даму деңгейі сәйкес келеді:</w:t>
            </w:r>
            <w:r>
              <w:rPr>
                <w:b/>
                <w:sz w:val="19"/>
              </w:rPr>
              <w:br/>
              <w:t>III деңгей – «жоғары»;</w:t>
            </w:r>
            <w:r>
              <w:rPr>
                <w:b/>
                <w:sz w:val="19"/>
              </w:rPr>
              <w:br/>
              <w:t>II деңгей – «орташа»;</w:t>
            </w:r>
            <w:r>
              <w:rPr>
                <w:b/>
                <w:sz w:val="19"/>
              </w:rPr>
              <w:br/>
              <w:t>I деңгей – «төмен»)</w:t>
            </w:r>
          </w:p>
        </w:tc>
      </w:tr>
      <w:tr w:rsidR="00D7549E" w14:paraId="6A4B18CA" w14:textId="77777777">
        <w:trPr>
          <w:jc w:val="center"/>
        </w:trPr>
        <w:tc>
          <w:tcPr>
            <w:tcW w:w="1728" w:type="dxa"/>
          </w:tcPr>
          <w:p w14:paraId="5773B259" w14:textId="77777777" w:rsidR="00D7549E" w:rsidRDefault="002C74E9">
            <w:r>
              <w:rPr>
                <w:sz w:val="18"/>
              </w:rPr>
              <w:t>Физикалық қасиеттері</w:t>
            </w:r>
          </w:p>
        </w:tc>
        <w:tc>
          <w:tcPr>
            <w:tcW w:w="1728" w:type="dxa"/>
          </w:tcPr>
          <w:p w14:paraId="0C8DDD06" w14:textId="77777777" w:rsidR="00D7549E" w:rsidRDefault="002C74E9">
            <w:r>
              <w:rPr>
                <w:sz w:val="18"/>
              </w:rPr>
              <w:t>-Екі аяқтап басты затқа тигізе отырып, жоғары қарай 2-3 метр қашықтықта алға қарай жылжи отырып, тұрған жерінен ұзындыққа секіру дағдыларын қалыптастыру.</w:t>
            </w:r>
          </w:p>
        </w:tc>
        <w:tc>
          <w:tcPr>
            <w:tcW w:w="1728" w:type="dxa"/>
          </w:tcPr>
          <w:p w14:paraId="3964D6BE" w14:textId="77777777" w:rsidR="00D7549E" w:rsidRDefault="002C74E9">
            <w:r>
              <w:rPr>
                <w:sz w:val="18"/>
              </w:rPr>
              <w:t>Гигиеналық шараларды орындау: жуыну, шашын тару, қолды сабынмен жуу, қол орамалды қолдану.</w:t>
            </w:r>
          </w:p>
        </w:tc>
        <w:tc>
          <w:tcPr>
            <w:tcW w:w="1728" w:type="dxa"/>
          </w:tcPr>
          <w:p w14:paraId="6C8F0D43" w14:textId="77777777" w:rsidR="00D7549E" w:rsidRDefault="002C74E9">
            <w:r>
              <w:rPr>
                <w:sz w:val="18"/>
              </w:rPr>
              <w:t>Денешынықтыру құралдарын, спорттық және қимылды ойындар үшін атрибуттарды пайдалануға ынталандыру.</w:t>
            </w:r>
          </w:p>
        </w:tc>
        <w:tc>
          <w:tcPr>
            <w:tcW w:w="1728" w:type="dxa"/>
          </w:tcPr>
          <w:p w14:paraId="46FCC62A" w14:textId="77777777" w:rsidR="00D7549E" w:rsidRDefault="002C74E9">
            <w:r>
              <w:rPr>
                <w:sz w:val="18"/>
              </w:rPr>
              <w:t>Денсаулық үшін гигиеналық шаралардың маңыздылығы туралы түсініктері қалыптасады.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жеке заттарын қолдану (бет орамал, сүлгі, тарақ).</w:t>
            </w:r>
          </w:p>
        </w:tc>
      </w:tr>
      <w:tr w:rsidR="00D7549E" w14:paraId="6ED5214B" w14:textId="77777777">
        <w:trPr>
          <w:jc w:val="center"/>
        </w:trPr>
        <w:tc>
          <w:tcPr>
            <w:tcW w:w="1728" w:type="dxa"/>
          </w:tcPr>
          <w:p w14:paraId="5E02EDEC" w14:textId="77777777" w:rsidR="00D7549E" w:rsidRDefault="002C74E9">
            <w:r>
              <w:rPr>
                <w:sz w:val="18"/>
              </w:rPr>
              <w:t>Коммуникативтік дағдылары</w:t>
            </w:r>
          </w:p>
        </w:tc>
        <w:tc>
          <w:tcPr>
            <w:tcW w:w="1728" w:type="dxa"/>
          </w:tcPr>
          <w:p w14:paraId="316E7032" w14:textId="77777777" w:rsidR="00D7549E" w:rsidRDefault="002C74E9">
            <w:r>
              <w:rPr>
                <w:sz w:val="18"/>
              </w:rPr>
              <w:t>- Суреттердегі, заттарды қарастыруда, тірі және өлі табиғат нысандарын бақылау кезінде байланыстырып сөйлеу;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 xml:space="preserve">- Шағын тақпақтар мен өлеңдерді жаттығуға үйрету. Жіңішке сөздерді ажыратуға </w:t>
            </w:r>
            <w:r>
              <w:rPr>
                <w:sz w:val="18"/>
              </w:rPr>
              <w:lastRenderedPageBreak/>
              <w:t>үйрету.</w:t>
            </w:r>
          </w:p>
        </w:tc>
        <w:tc>
          <w:tcPr>
            <w:tcW w:w="1728" w:type="dxa"/>
          </w:tcPr>
          <w:p w14:paraId="74D2F27F" w14:textId="77777777" w:rsidR="00D7549E" w:rsidRDefault="002C74E9">
            <w:r>
              <w:rPr>
                <w:sz w:val="18"/>
              </w:rPr>
              <w:lastRenderedPageBreak/>
              <w:t>Ертегілерді айтып беруге үйрету, сөздік қорын байыту.</w:t>
            </w:r>
          </w:p>
        </w:tc>
        <w:tc>
          <w:tcPr>
            <w:tcW w:w="1728" w:type="dxa"/>
          </w:tcPr>
          <w:p w14:paraId="5BADE526" w14:textId="77777777" w:rsidR="00D7549E" w:rsidRDefault="002C74E9">
            <w:r>
              <w:rPr>
                <w:sz w:val="18"/>
              </w:rPr>
              <w:t>Тілдік қарқынын өзгерту біліктерін бекіту. Артикуляциялық аппаратты одан әрі жетілдіру.</w:t>
            </w:r>
          </w:p>
        </w:tc>
        <w:tc>
          <w:tcPr>
            <w:tcW w:w="1728" w:type="dxa"/>
          </w:tcPr>
          <w:p w14:paraId="393CDC1D" w14:textId="77777777" w:rsidR="00D7549E" w:rsidRDefault="002C74E9">
            <w:r>
              <w:rPr>
                <w:sz w:val="18"/>
              </w:rPr>
              <w:t>Әдеби кейіпкерлердің әрекеттеріне өзінің көзқарасын білдіре алады.</w:t>
            </w:r>
          </w:p>
        </w:tc>
      </w:tr>
      <w:tr w:rsidR="00D7549E" w14:paraId="55339B31" w14:textId="77777777">
        <w:trPr>
          <w:jc w:val="center"/>
        </w:trPr>
        <w:tc>
          <w:tcPr>
            <w:tcW w:w="1728" w:type="dxa"/>
          </w:tcPr>
          <w:p w14:paraId="016B3582" w14:textId="77777777" w:rsidR="00D7549E" w:rsidRDefault="002C74E9">
            <w:r>
              <w:rPr>
                <w:sz w:val="18"/>
              </w:rPr>
              <w:t>Танымдық және зияткерлік дағдылары</w:t>
            </w:r>
          </w:p>
        </w:tc>
        <w:tc>
          <w:tcPr>
            <w:tcW w:w="1728" w:type="dxa"/>
          </w:tcPr>
          <w:p w14:paraId="08F06810" w14:textId="77777777" w:rsidR="00D7549E" w:rsidRDefault="002C74E9">
            <w:r>
              <w:rPr>
                <w:sz w:val="18"/>
              </w:rPr>
              <w:t>- Бөлмедегі заттарды ажырату және олардың санын анықтау;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Өлшемдері қарама-қарсы және бірдей заттарды салыстыруға үйрету.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«Көп», «біреу», «бір-бірден», «бір де біреуі жоқ» ұғымдары туралы түсініктерін қалыптастыру.</w:t>
            </w:r>
          </w:p>
        </w:tc>
        <w:tc>
          <w:tcPr>
            <w:tcW w:w="1728" w:type="dxa"/>
          </w:tcPr>
          <w:p w14:paraId="09D4EB42" w14:textId="77777777" w:rsidR="00D7549E" w:rsidRDefault="002C74E9">
            <w:r>
              <w:rPr>
                <w:sz w:val="18"/>
              </w:rPr>
              <w:t>Командада жұмыс істей білуге үйрету, логикалық ойлауын дамыту.</w:t>
            </w:r>
          </w:p>
        </w:tc>
        <w:tc>
          <w:tcPr>
            <w:tcW w:w="1728" w:type="dxa"/>
          </w:tcPr>
          <w:p w14:paraId="4851FFDB" w14:textId="77777777" w:rsidR="00D7549E" w:rsidRDefault="002C74E9">
            <w:r>
              <w:rPr>
                <w:sz w:val="18"/>
              </w:rPr>
              <w:t>Қағаздан «оригами» үлгісі бойынша қарапайым пішіндер құрастыруға үйрету.</w:t>
            </w:r>
          </w:p>
        </w:tc>
        <w:tc>
          <w:tcPr>
            <w:tcW w:w="1728" w:type="dxa"/>
          </w:tcPr>
          <w:p w14:paraId="0CD15196" w14:textId="77777777" w:rsidR="00D7549E" w:rsidRDefault="002C74E9">
            <w:r>
              <w:rPr>
                <w:sz w:val="18"/>
              </w:rPr>
              <w:t>Тең және теңсіздік туралы ұғымдарды біледі, түстер мен пішіндерді ажыратады.</w:t>
            </w:r>
          </w:p>
        </w:tc>
      </w:tr>
      <w:tr w:rsidR="00D7549E" w14:paraId="7FDCEAED" w14:textId="77777777">
        <w:trPr>
          <w:jc w:val="center"/>
        </w:trPr>
        <w:tc>
          <w:tcPr>
            <w:tcW w:w="1728" w:type="dxa"/>
          </w:tcPr>
          <w:p w14:paraId="37D58D61" w14:textId="77777777" w:rsidR="00D7549E" w:rsidRDefault="002C74E9">
            <w:r>
              <w:rPr>
                <w:sz w:val="18"/>
              </w:rPr>
              <w:t>Шығармашылық дағдыларының, зерттеу іс-әрекетінің дамуы</w:t>
            </w:r>
          </w:p>
        </w:tc>
        <w:tc>
          <w:tcPr>
            <w:tcW w:w="1728" w:type="dxa"/>
          </w:tcPr>
          <w:p w14:paraId="169D8F44" w14:textId="77777777" w:rsidR="00D7549E" w:rsidRDefault="002C74E9">
            <w:r>
              <w:rPr>
                <w:sz w:val="18"/>
              </w:rPr>
              <w:t>Қылқаламмен бояуда оны бояуға ақырын батыруды, алынған артық бояуды құтының шетіне қылқаламды ақырын басып, ағызып жіберіп бояуды үйрету. Мүсіндеу және заттардың бейнесін жасау.</w:t>
            </w:r>
          </w:p>
        </w:tc>
        <w:tc>
          <w:tcPr>
            <w:tcW w:w="1728" w:type="dxa"/>
          </w:tcPr>
          <w:p w14:paraId="358DF30E" w14:textId="77777777" w:rsidR="00D7549E" w:rsidRDefault="002C74E9">
            <w:r>
              <w:rPr>
                <w:sz w:val="18"/>
              </w:rPr>
              <w:t>Қайшымен дұрыс жұмыс жасау дағдысын бекіту, шығармашылық қабілетін дамыту.</w:t>
            </w:r>
          </w:p>
        </w:tc>
        <w:tc>
          <w:tcPr>
            <w:tcW w:w="1728" w:type="dxa"/>
          </w:tcPr>
          <w:p w14:paraId="21B22147" w14:textId="77777777" w:rsidR="00D7549E" w:rsidRDefault="002C74E9">
            <w:r>
              <w:rPr>
                <w:sz w:val="18"/>
              </w:rPr>
              <w:t>Қоршаған ортадағы әсемдікті қабылдауға үйрету, өз бетінше сурет салу.</w:t>
            </w:r>
          </w:p>
        </w:tc>
        <w:tc>
          <w:tcPr>
            <w:tcW w:w="1728" w:type="dxa"/>
          </w:tcPr>
          <w:p w14:paraId="49B35551" w14:textId="77777777" w:rsidR="00D7549E" w:rsidRDefault="002C74E9">
            <w:r>
              <w:rPr>
                <w:sz w:val="18"/>
              </w:rPr>
              <w:t>Қайшымен дұрыс жұмыс жасай алады, көркемдік жұмыстарды ұқыпты орындайды.</w:t>
            </w:r>
          </w:p>
        </w:tc>
      </w:tr>
      <w:tr w:rsidR="00D7549E" w14:paraId="0DA68E4F" w14:textId="77777777">
        <w:trPr>
          <w:jc w:val="center"/>
        </w:trPr>
        <w:tc>
          <w:tcPr>
            <w:tcW w:w="1728" w:type="dxa"/>
          </w:tcPr>
          <w:p w14:paraId="592D7285" w14:textId="77777777" w:rsidR="00D7549E" w:rsidRDefault="002C74E9">
            <w:r>
              <w:rPr>
                <w:sz w:val="18"/>
              </w:rPr>
              <w:t>Әлеуметтік-эмоционалды дағдыларды қалыптастыру</w:t>
            </w:r>
          </w:p>
        </w:tc>
        <w:tc>
          <w:tcPr>
            <w:tcW w:w="1728" w:type="dxa"/>
          </w:tcPr>
          <w:p w14:paraId="3F8F2BDD" w14:textId="77777777" w:rsidR="00D7549E" w:rsidRDefault="002C74E9">
            <w:r>
              <w:rPr>
                <w:sz w:val="18"/>
              </w:rPr>
              <w:t>Туған өлкенің кейбір өсімдіктері, көкөністері мен жемістері туралы түсініктерін қалыптастыру. Ағаштардың түрлерін танып, атауға үйрету.</w:t>
            </w:r>
          </w:p>
        </w:tc>
        <w:tc>
          <w:tcPr>
            <w:tcW w:w="1728" w:type="dxa"/>
          </w:tcPr>
          <w:p w14:paraId="72928510" w14:textId="77777777" w:rsidR="00D7549E" w:rsidRDefault="002C74E9">
            <w:r>
              <w:rPr>
                <w:sz w:val="18"/>
              </w:rPr>
              <w:t>Ересектердің еңбегі туралы білімдерін кеңейту, өзара сыйластыққа баулу.</w:t>
            </w:r>
          </w:p>
        </w:tc>
        <w:tc>
          <w:tcPr>
            <w:tcW w:w="1728" w:type="dxa"/>
          </w:tcPr>
          <w:p w14:paraId="7A07B776" w14:textId="77777777" w:rsidR="00D7549E" w:rsidRDefault="002C74E9">
            <w:r>
              <w:rPr>
                <w:sz w:val="18"/>
              </w:rPr>
              <w:t>Құрдастарымен сыпайы қарым-қатынас жасауға баулу, топпен ойнауды үйрету.</w:t>
            </w:r>
          </w:p>
        </w:tc>
        <w:tc>
          <w:tcPr>
            <w:tcW w:w="1728" w:type="dxa"/>
          </w:tcPr>
          <w:p w14:paraId="1516256D" w14:textId="77777777" w:rsidR="00D7549E" w:rsidRDefault="002C74E9">
            <w:r>
              <w:rPr>
                <w:sz w:val="18"/>
              </w:rPr>
              <w:t>Еңбек адамдарына және олардың еңбектерінің нәтижесіне құрмет көрсетеді, II деңгей (орташа/жоғары).</w:t>
            </w:r>
          </w:p>
        </w:tc>
      </w:tr>
    </w:tbl>
    <w:p w14:paraId="49AE19A8" w14:textId="77777777" w:rsidR="00D7549E" w:rsidRDefault="002C74E9">
      <w:r>
        <w:br w:type="page"/>
      </w:r>
    </w:p>
    <w:p w14:paraId="371B1B46" w14:textId="77777777" w:rsidR="00D7549E" w:rsidRPr="00754D88" w:rsidRDefault="002C74E9">
      <w:pPr>
        <w:jc w:val="center"/>
        <w:rPr>
          <w:lang w:val="ru-RU"/>
        </w:rPr>
      </w:pPr>
      <w:r w:rsidRPr="00754D88">
        <w:rPr>
          <w:b/>
          <w:sz w:val="28"/>
          <w:lang w:val="ru-RU"/>
        </w:rPr>
        <w:lastRenderedPageBreak/>
        <w:t>2023- 2024 оқу жылына арналған баланың жеке даму картасы</w:t>
      </w:r>
    </w:p>
    <w:p w14:paraId="25F20CB8" w14:textId="77777777" w:rsidR="00D7549E" w:rsidRPr="00754D88" w:rsidRDefault="002C74E9">
      <w:pPr>
        <w:rPr>
          <w:lang w:val="ru-RU"/>
        </w:rPr>
      </w:pPr>
      <w:r w:rsidRPr="00754D88">
        <w:rPr>
          <w:b/>
          <w:sz w:val="24"/>
          <w:lang w:val="ru-RU"/>
        </w:rPr>
        <w:t>Баланың Т.А.Ә: НҰРЖАН НҰРБЕК</w:t>
      </w:r>
    </w:p>
    <w:p w14:paraId="51DEC2D6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Баланың туған жылы, күні: 2021 ж. (Кіші топ)</w:t>
      </w:r>
    </w:p>
    <w:p w14:paraId="69E57D55" w14:textId="6A74DAC0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Білім беру ұйымы: «А</w:t>
      </w:r>
      <w:r w:rsidR="00545297">
        <w:rPr>
          <w:lang w:val="ru-RU"/>
        </w:rPr>
        <w:t>ружан</w:t>
      </w:r>
      <w:r w:rsidRPr="00754D88">
        <w:rPr>
          <w:lang w:val="ru-RU"/>
        </w:rPr>
        <w:t>» балабақшасы</w:t>
      </w:r>
    </w:p>
    <w:p w14:paraId="24060DCE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Топ: Кіші жас тобы «Ақбота»</w:t>
      </w:r>
    </w:p>
    <w:p w14:paraId="174C6F35" w14:textId="77777777" w:rsidR="00D7549E" w:rsidRPr="00754D88" w:rsidRDefault="00D7549E">
      <w:pPr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70"/>
        <w:gridCol w:w="1728"/>
        <w:gridCol w:w="1728"/>
        <w:gridCol w:w="1728"/>
        <w:gridCol w:w="1728"/>
      </w:tblGrid>
      <w:tr w:rsidR="00D7549E" w14:paraId="1BDAED0C" w14:textId="77777777">
        <w:trPr>
          <w:jc w:val="center"/>
        </w:trPr>
        <w:tc>
          <w:tcPr>
            <w:tcW w:w="1728" w:type="dxa"/>
          </w:tcPr>
          <w:p w14:paraId="6A52EFC9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Құзыреттіліктер</w:t>
            </w:r>
          </w:p>
        </w:tc>
        <w:tc>
          <w:tcPr>
            <w:tcW w:w="1728" w:type="dxa"/>
          </w:tcPr>
          <w:p w14:paraId="0AC5E051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728" w:type="dxa"/>
          </w:tcPr>
          <w:p w14:paraId="643B4549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1728" w:type="dxa"/>
          </w:tcPr>
          <w:p w14:paraId="50DDF4C2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 бақылау нәтижелері бойынша дамыту, түзету іс-шаралары (маусым-шілде)</w:t>
            </w:r>
          </w:p>
        </w:tc>
        <w:tc>
          <w:tcPr>
            <w:tcW w:w="1728" w:type="dxa"/>
          </w:tcPr>
          <w:p w14:paraId="6E039E40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</w:t>
            </w:r>
            <w:r>
              <w:rPr>
                <w:b/>
                <w:sz w:val="19"/>
              </w:rPr>
              <w:br/>
              <w:t>(баланың даму деңгейі сәйкес келеді:</w:t>
            </w:r>
            <w:r>
              <w:rPr>
                <w:b/>
                <w:sz w:val="19"/>
              </w:rPr>
              <w:br/>
              <w:t>III деңгей – «жоғары»;</w:t>
            </w:r>
            <w:r>
              <w:rPr>
                <w:b/>
                <w:sz w:val="19"/>
              </w:rPr>
              <w:br/>
              <w:t>II деңгей – «орташа»;</w:t>
            </w:r>
            <w:r>
              <w:rPr>
                <w:b/>
                <w:sz w:val="19"/>
              </w:rPr>
              <w:br/>
              <w:t>I деңгей – «төмен»)</w:t>
            </w:r>
          </w:p>
        </w:tc>
      </w:tr>
      <w:tr w:rsidR="00D7549E" w14:paraId="24A7A6C0" w14:textId="77777777">
        <w:trPr>
          <w:jc w:val="center"/>
        </w:trPr>
        <w:tc>
          <w:tcPr>
            <w:tcW w:w="1728" w:type="dxa"/>
          </w:tcPr>
          <w:p w14:paraId="38C49923" w14:textId="77777777" w:rsidR="00D7549E" w:rsidRDefault="002C74E9">
            <w:r>
              <w:rPr>
                <w:sz w:val="18"/>
              </w:rPr>
              <w:t>Физикалық қасиеттері</w:t>
            </w:r>
          </w:p>
        </w:tc>
        <w:tc>
          <w:tcPr>
            <w:tcW w:w="1728" w:type="dxa"/>
          </w:tcPr>
          <w:p w14:paraId="69339AE5" w14:textId="77777777" w:rsidR="00D7549E" w:rsidRDefault="002C74E9">
            <w:r>
              <w:rPr>
                <w:sz w:val="18"/>
              </w:rPr>
              <w:t>-Екі аяқтап басты затқа тигізе отырып, жоғары қарай 2-3 метр қашықтықта алға қарай жылжи отырып, тұрған жерінен ұзындыққа секіру дағдыларын қалыптастыру.</w:t>
            </w:r>
          </w:p>
        </w:tc>
        <w:tc>
          <w:tcPr>
            <w:tcW w:w="1728" w:type="dxa"/>
          </w:tcPr>
          <w:p w14:paraId="7BCA3275" w14:textId="77777777" w:rsidR="00D7549E" w:rsidRDefault="002C74E9">
            <w:r>
              <w:rPr>
                <w:sz w:val="18"/>
              </w:rPr>
              <w:t>Гигиеналық шараларды орындау: жуыну, шашын тару, қолды сабынмен жуу, қол орамалды қолдану.</w:t>
            </w:r>
          </w:p>
        </w:tc>
        <w:tc>
          <w:tcPr>
            <w:tcW w:w="1728" w:type="dxa"/>
          </w:tcPr>
          <w:p w14:paraId="16FEA898" w14:textId="77777777" w:rsidR="00D7549E" w:rsidRDefault="002C74E9">
            <w:r>
              <w:rPr>
                <w:sz w:val="18"/>
              </w:rPr>
              <w:t>Денешынықтыру құралдарын, спорттық және қимылды ойындар үшін атрибуттарды пайдалануға ынталандыру.</w:t>
            </w:r>
          </w:p>
        </w:tc>
        <w:tc>
          <w:tcPr>
            <w:tcW w:w="1728" w:type="dxa"/>
          </w:tcPr>
          <w:p w14:paraId="42968CE3" w14:textId="77777777" w:rsidR="00D7549E" w:rsidRDefault="002C74E9">
            <w:r>
              <w:rPr>
                <w:sz w:val="18"/>
              </w:rPr>
              <w:t>Денсаулық үшін гигиеналық шаралардың маңыздылығы туралы түсініктері қалыптасады.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жеке заттарын қолдану (бет орамал, сүлгі, тарақ).</w:t>
            </w:r>
          </w:p>
        </w:tc>
      </w:tr>
      <w:tr w:rsidR="00D7549E" w14:paraId="7DF7714A" w14:textId="77777777">
        <w:trPr>
          <w:jc w:val="center"/>
        </w:trPr>
        <w:tc>
          <w:tcPr>
            <w:tcW w:w="1728" w:type="dxa"/>
          </w:tcPr>
          <w:p w14:paraId="4EB4D5C3" w14:textId="77777777" w:rsidR="00D7549E" w:rsidRDefault="002C74E9">
            <w:r>
              <w:rPr>
                <w:sz w:val="18"/>
              </w:rPr>
              <w:t>Коммуникативтік дағдылары</w:t>
            </w:r>
          </w:p>
        </w:tc>
        <w:tc>
          <w:tcPr>
            <w:tcW w:w="1728" w:type="dxa"/>
          </w:tcPr>
          <w:p w14:paraId="0A7974A8" w14:textId="77777777" w:rsidR="00D7549E" w:rsidRDefault="002C74E9">
            <w:r>
              <w:rPr>
                <w:sz w:val="18"/>
              </w:rPr>
              <w:t>- Суреттердегі, заттарды қарастыруда, тірі және өлі табиғат нысандарын бақылау кезінде байланыстырып сөйлеу;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 xml:space="preserve">- Шағын тақпақтар мен өлеңдерді жаттығуға үйрету. Жіңішке сөздерді ажыратуға </w:t>
            </w:r>
            <w:r>
              <w:rPr>
                <w:sz w:val="18"/>
              </w:rPr>
              <w:lastRenderedPageBreak/>
              <w:t>үйрету.</w:t>
            </w:r>
          </w:p>
        </w:tc>
        <w:tc>
          <w:tcPr>
            <w:tcW w:w="1728" w:type="dxa"/>
          </w:tcPr>
          <w:p w14:paraId="707D0A33" w14:textId="77777777" w:rsidR="00D7549E" w:rsidRDefault="002C74E9">
            <w:r>
              <w:rPr>
                <w:sz w:val="18"/>
              </w:rPr>
              <w:lastRenderedPageBreak/>
              <w:t>Ертегілерді айтып беруге үйрету, сөздік қорын байыту.</w:t>
            </w:r>
          </w:p>
        </w:tc>
        <w:tc>
          <w:tcPr>
            <w:tcW w:w="1728" w:type="dxa"/>
          </w:tcPr>
          <w:p w14:paraId="07FD3713" w14:textId="77777777" w:rsidR="00D7549E" w:rsidRDefault="002C74E9">
            <w:r>
              <w:rPr>
                <w:sz w:val="18"/>
              </w:rPr>
              <w:t>Тілдік қарқынын өзгерту біліктерін бекіту. Артикуляциялық аппаратты одан әрі жетілдіру.</w:t>
            </w:r>
          </w:p>
        </w:tc>
        <w:tc>
          <w:tcPr>
            <w:tcW w:w="1728" w:type="dxa"/>
          </w:tcPr>
          <w:p w14:paraId="183680CA" w14:textId="77777777" w:rsidR="00D7549E" w:rsidRDefault="002C74E9">
            <w:r>
              <w:rPr>
                <w:sz w:val="18"/>
              </w:rPr>
              <w:t>Әдеби кейіпкерлердің әрекеттеріне өзінің көзқарасын білдіре алады.</w:t>
            </w:r>
          </w:p>
        </w:tc>
      </w:tr>
      <w:tr w:rsidR="00D7549E" w14:paraId="1CED9D81" w14:textId="77777777">
        <w:trPr>
          <w:jc w:val="center"/>
        </w:trPr>
        <w:tc>
          <w:tcPr>
            <w:tcW w:w="1728" w:type="dxa"/>
          </w:tcPr>
          <w:p w14:paraId="18C20EA9" w14:textId="77777777" w:rsidR="00D7549E" w:rsidRDefault="002C74E9">
            <w:r>
              <w:rPr>
                <w:sz w:val="18"/>
              </w:rPr>
              <w:t>Танымдық және зияткерлік дағдылары</w:t>
            </w:r>
          </w:p>
        </w:tc>
        <w:tc>
          <w:tcPr>
            <w:tcW w:w="1728" w:type="dxa"/>
          </w:tcPr>
          <w:p w14:paraId="67B916B9" w14:textId="77777777" w:rsidR="00D7549E" w:rsidRDefault="002C74E9">
            <w:r>
              <w:rPr>
                <w:sz w:val="18"/>
              </w:rPr>
              <w:t>- Бөлмедегі заттарды ажырату және олардың санын анықтау;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Өлшемдері қарама-қарсы және бірдей заттарды салыстыруға үйрету.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«Көп», «біреу», «бір-бірден», «бір де біреуі жоқ» ұғымдары туралы түсініктерін қалыптастыру.</w:t>
            </w:r>
          </w:p>
        </w:tc>
        <w:tc>
          <w:tcPr>
            <w:tcW w:w="1728" w:type="dxa"/>
          </w:tcPr>
          <w:p w14:paraId="42A9B34A" w14:textId="77777777" w:rsidR="00D7549E" w:rsidRDefault="002C74E9">
            <w:r>
              <w:rPr>
                <w:sz w:val="18"/>
              </w:rPr>
              <w:t>Командада жұмыс істей білуге үйрету, логикалық ойлауын дамыту.</w:t>
            </w:r>
          </w:p>
        </w:tc>
        <w:tc>
          <w:tcPr>
            <w:tcW w:w="1728" w:type="dxa"/>
          </w:tcPr>
          <w:p w14:paraId="034FEFEF" w14:textId="77777777" w:rsidR="00D7549E" w:rsidRDefault="002C74E9">
            <w:r>
              <w:rPr>
                <w:sz w:val="18"/>
              </w:rPr>
              <w:t>Қағаздан «оригами» үлгісі бойынша қарапайым пішіндер құрастыруға үйрету.</w:t>
            </w:r>
          </w:p>
        </w:tc>
        <w:tc>
          <w:tcPr>
            <w:tcW w:w="1728" w:type="dxa"/>
          </w:tcPr>
          <w:p w14:paraId="2CB45355" w14:textId="77777777" w:rsidR="00D7549E" w:rsidRDefault="002C74E9">
            <w:r>
              <w:rPr>
                <w:sz w:val="18"/>
              </w:rPr>
              <w:t>Тең және теңсіздік туралы ұғымдарды біледі, түстер мен пішіндерді ажыратады.</w:t>
            </w:r>
          </w:p>
        </w:tc>
      </w:tr>
      <w:tr w:rsidR="00D7549E" w14:paraId="5DD5F2F7" w14:textId="77777777">
        <w:trPr>
          <w:jc w:val="center"/>
        </w:trPr>
        <w:tc>
          <w:tcPr>
            <w:tcW w:w="1728" w:type="dxa"/>
          </w:tcPr>
          <w:p w14:paraId="62C01C20" w14:textId="77777777" w:rsidR="00D7549E" w:rsidRDefault="002C74E9">
            <w:r>
              <w:rPr>
                <w:sz w:val="18"/>
              </w:rPr>
              <w:t>Шығармашылық дағдыларының, зерттеу іс-әрекетінің дамуы</w:t>
            </w:r>
          </w:p>
        </w:tc>
        <w:tc>
          <w:tcPr>
            <w:tcW w:w="1728" w:type="dxa"/>
          </w:tcPr>
          <w:p w14:paraId="7F03F5A7" w14:textId="77777777" w:rsidR="00D7549E" w:rsidRDefault="002C74E9">
            <w:r>
              <w:rPr>
                <w:sz w:val="18"/>
              </w:rPr>
              <w:t>Қылқаламмен бояуда оны бояуға ақырын батыруды, алынған артық бояуды құтының шетіне қылқаламды ақырын басып, ағызып жіберіп бояуды үйрету. Мүсіндеу және заттардың бейнесін жасау.</w:t>
            </w:r>
          </w:p>
        </w:tc>
        <w:tc>
          <w:tcPr>
            <w:tcW w:w="1728" w:type="dxa"/>
          </w:tcPr>
          <w:p w14:paraId="55F3F570" w14:textId="77777777" w:rsidR="00D7549E" w:rsidRDefault="002C74E9">
            <w:r>
              <w:rPr>
                <w:sz w:val="18"/>
              </w:rPr>
              <w:t>Қайшымен дұрыс жұмыс жасау дағдысын бекіту, шығармашылық қабілетін дамыту.</w:t>
            </w:r>
          </w:p>
        </w:tc>
        <w:tc>
          <w:tcPr>
            <w:tcW w:w="1728" w:type="dxa"/>
          </w:tcPr>
          <w:p w14:paraId="0B1BA794" w14:textId="77777777" w:rsidR="00D7549E" w:rsidRDefault="002C74E9">
            <w:r>
              <w:rPr>
                <w:sz w:val="18"/>
              </w:rPr>
              <w:t>Қоршаған ортадағы әсемдікті қабылдауға үйрету, өз бетінше сурет салу.</w:t>
            </w:r>
          </w:p>
        </w:tc>
        <w:tc>
          <w:tcPr>
            <w:tcW w:w="1728" w:type="dxa"/>
          </w:tcPr>
          <w:p w14:paraId="3EF87CBB" w14:textId="77777777" w:rsidR="00D7549E" w:rsidRDefault="002C74E9">
            <w:r>
              <w:rPr>
                <w:sz w:val="18"/>
              </w:rPr>
              <w:t>Қайшымен дұрыс жұмыс жасай алады, көркемдік жұмыстарды ұқыпты орындайды.</w:t>
            </w:r>
          </w:p>
        </w:tc>
      </w:tr>
      <w:tr w:rsidR="00D7549E" w14:paraId="163A4D9D" w14:textId="77777777">
        <w:trPr>
          <w:jc w:val="center"/>
        </w:trPr>
        <w:tc>
          <w:tcPr>
            <w:tcW w:w="1728" w:type="dxa"/>
          </w:tcPr>
          <w:p w14:paraId="73D6D02F" w14:textId="77777777" w:rsidR="00D7549E" w:rsidRDefault="002C74E9">
            <w:r>
              <w:rPr>
                <w:sz w:val="18"/>
              </w:rPr>
              <w:t>Әлеуметтік-эмоционалды дағдыларды қалыптастыру</w:t>
            </w:r>
          </w:p>
        </w:tc>
        <w:tc>
          <w:tcPr>
            <w:tcW w:w="1728" w:type="dxa"/>
          </w:tcPr>
          <w:p w14:paraId="12FD8ED7" w14:textId="77777777" w:rsidR="00D7549E" w:rsidRDefault="002C74E9">
            <w:r>
              <w:rPr>
                <w:sz w:val="18"/>
              </w:rPr>
              <w:t>Туған өлкенің кейбір өсімдіктері, көкөністері мен жемістері туралы түсініктерін қалыптастыру. Ағаштардың түрлерін танып, атауға үйрету.</w:t>
            </w:r>
          </w:p>
        </w:tc>
        <w:tc>
          <w:tcPr>
            <w:tcW w:w="1728" w:type="dxa"/>
          </w:tcPr>
          <w:p w14:paraId="245D9A03" w14:textId="77777777" w:rsidR="00D7549E" w:rsidRDefault="002C74E9">
            <w:r>
              <w:rPr>
                <w:sz w:val="18"/>
              </w:rPr>
              <w:t>Ересектердің еңбегі туралы білімдерін кеңейту, өзара сыйластыққа баулу.</w:t>
            </w:r>
          </w:p>
        </w:tc>
        <w:tc>
          <w:tcPr>
            <w:tcW w:w="1728" w:type="dxa"/>
          </w:tcPr>
          <w:p w14:paraId="35EA18A4" w14:textId="77777777" w:rsidR="00D7549E" w:rsidRDefault="002C74E9">
            <w:r>
              <w:rPr>
                <w:sz w:val="18"/>
              </w:rPr>
              <w:t>Құрдастарымен сыпайы қарым-қатынас жасауға баулу, топпен ойнауды үйрету.</w:t>
            </w:r>
          </w:p>
        </w:tc>
        <w:tc>
          <w:tcPr>
            <w:tcW w:w="1728" w:type="dxa"/>
          </w:tcPr>
          <w:p w14:paraId="70C02437" w14:textId="77777777" w:rsidR="00D7549E" w:rsidRDefault="002C74E9">
            <w:r>
              <w:rPr>
                <w:sz w:val="18"/>
              </w:rPr>
              <w:t>Еңбек адамдарына және олардың еңбектерінің нәтижесіне құрмет көрсетеді, II деңгей (орташа/жоғары).</w:t>
            </w:r>
          </w:p>
        </w:tc>
      </w:tr>
    </w:tbl>
    <w:p w14:paraId="55C04EC9" w14:textId="77777777" w:rsidR="00D7549E" w:rsidRDefault="002C74E9">
      <w:r>
        <w:br w:type="page"/>
      </w:r>
    </w:p>
    <w:p w14:paraId="4D9B4B30" w14:textId="77777777" w:rsidR="00D7549E" w:rsidRPr="00754D88" w:rsidRDefault="002C74E9">
      <w:pPr>
        <w:jc w:val="center"/>
        <w:rPr>
          <w:lang w:val="ru-RU"/>
        </w:rPr>
      </w:pPr>
      <w:r w:rsidRPr="00754D88">
        <w:rPr>
          <w:b/>
          <w:sz w:val="28"/>
          <w:lang w:val="ru-RU"/>
        </w:rPr>
        <w:lastRenderedPageBreak/>
        <w:t>2023- 2024 оқу жылына арналған баланың жеке даму картасы</w:t>
      </w:r>
    </w:p>
    <w:p w14:paraId="59A045EE" w14:textId="77777777" w:rsidR="00D7549E" w:rsidRPr="00754D88" w:rsidRDefault="002C74E9">
      <w:pPr>
        <w:rPr>
          <w:lang w:val="ru-RU"/>
        </w:rPr>
      </w:pPr>
      <w:r w:rsidRPr="00754D88">
        <w:rPr>
          <w:b/>
          <w:sz w:val="24"/>
          <w:lang w:val="ru-RU"/>
        </w:rPr>
        <w:t>Баланың Т.А.Ә: ТОЛМАЧЁВ ЕВГЕНИЙ</w:t>
      </w:r>
    </w:p>
    <w:p w14:paraId="74A79EF6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Баланың туған жылы, күні: 2021 ж. (Кіші топ)</w:t>
      </w:r>
    </w:p>
    <w:p w14:paraId="5D8A4BF6" w14:textId="352E9EDD" w:rsidR="00D7549E" w:rsidRPr="00754D88" w:rsidRDefault="002C74E9">
      <w:pPr>
        <w:rPr>
          <w:lang w:val="ru-RU"/>
        </w:rPr>
      </w:pPr>
      <w:r w:rsidRPr="00754D88">
        <w:rPr>
          <w:lang w:val="ru-RU"/>
        </w:rPr>
        <w:t>Білім беру ұйымы: «А</w:t>
      </w:r>
      <w:r w:rsidR="00545297">
        <w:rPr>
          <w:lang w:val="ru-RU"/>
        </w:rPr>
        <w:t>ружан</w:t>
      </w:r>
      <w:r w:rsidRPr="00754D88">
        <w:rPr>
          <w:lang w:val="ru-RU"/>
        </w:rPr>
        <w:t>» балабақшасы</w:t>
      </w:r>
    </w:p>
    <w:p w14:paraId="1D90FB4E" w14:textId="77777777" w:rsidR="00D7549E" w:rsidRPr="00754D88" w:rsidRDefault="002C74E9">
      <w:pPr>
        <w:rPr>
          <w:lang w:val="ru-RU"/>
        </w:rPr>
      </w:pPr>
      <w:r w:rsidRPr="00754D88">
        <w:rPr>
          <w:lang w:val="ru-RU"/>
        </w:rPr>
        <w:t>Топ: Кіші жас тобы «Ақбота»</w:t>
      </w:r>
    </w:p>
    <w:p w14:paraId="5E059821" w14:textId="77777777" w:rsidR="00D7549E" w:rsidRPr="00754D88" w:rsidRDefault="00D7549E">
      <w:pPr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70"/>
        <w:gridCol w:w="1728"/>
        <w:gridCol w:w="1728"/>
        <w:gridCol w:w="1728"/>
        <w:gridCol w:w="1728"/>
      </w:tblGrid>
      <w:tr w:rsidR="00D7549E" w14:paraId="78BF1369" w14:textId="77777777">
        <w:trPr>
          <w:jc w:val="center"/>
        </w:trPr>
        <w:tc>
          <w:tcPr>
            <w:tcW w:w="1728" w:type="dxa"/>
          </w:tcPr>
          <w:p w14:paraId="17AA1E0E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Құзыреттіліктер</w:t>
            </w:r>
          </w:p>
        </w:tc>
        <w:tc>
          <w:tcPr>
            <w:tcW w:w="1728" w:type="dxa"/>
          </w:tcPr>
          <w:p w14:paraId="744FC06C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728" w:type="dxa"/>
          </w:tcPr>
          <w:p w14:paraId="3295D80F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Аралық бақылау нәтижелері бойынша дамыту, түзету іс-шаралары (ақпан - сәуір)</w:t>
            </w:r>
          </w:p>
        </w:tc>
        <w:tc>
          <w:tcPr>
            <w:tcW w:w="1728" w:type="dxa"/>
          </w:tcPr>
          <w:p w14:paraId="398E95C9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 бақылау нәтижелері бойынша дамыту, түзету іс-шаралары (маусым-шілде)</w:t>
            </w:r>
          </w:p>
        </w:tc>
        <w:tc>
          <w:tcPr>
            <w:tcW w:w="1728" w:type="dxa"/>
          </w:tcPr>
          <w:p w14:paraId="2E150DCC" w14:textId="77777777" w:rsidR="00D7549E" w:rsidRDefault="002C74E9">
            <w:pPr>
              <w:jc w:val="center"/>
            </w:pPr>
            <w:r>
              <w:rPr>
                <w:b/>
                <w:sz w:val="19"/>
              </w:rPr>
              <w:t>Қорытынды</w:t>
            </w:r>
            <w:r>
              <w:rPr>
                <w:b/>
                <w:sz w:val="19"/>
              </w:rPr>
              <w:br/>
              <w:t>(баланың даму деңгейі сәйкес келеді:</w:t>
            </w:r>
            <w:r>
              <w:rPr>
                <w:b/>
                <w:sz w:val="19"/>
              </w:rPr>
              <w:br/>
              <w:t>III деңгей – «жоғары»;</w:t>
            </w:r>
            <w:r>
              <w:rPr>
                <w:b/>
                <w:sz w:val="19"/>
              </w:rPr>
              <w:br/>
              <w:t>II деңгей – «орташа»;</w:t>
            </w:r>
            <w:r>
              <w:rPr>
                <w:b/>
                <w:sz w:val="19"/>
              </w:rPr>
              <w:br/>
              <w:t>I деңгей – «төмен»)</w:t>
            </w:r>
          </w:p>
        </w:tc>
      </w:tr>
      <w:tr w:rsidR="00D7549E" w14:paraId="19CA6FD6" w14:textId="77777777">
        <w:trPr>
          <w:jc w:val="center"/>
        </w:trPr>
        <w:tc>
          <w:tcPr>
            <w:tcW w:w="1728" w:type="dxa"/>
          </w:tcPr>
          <w:p w14:paraId="5558AE36" w14:textId="77777777" w:rsidR="00D7549E" w:rsidRDefault="002C74E9">
            <w:r>
              <w:rPr>
                <w:sz w:val="18"/>
              </w:rPr>
              <w:t>Физикалық қасиеттері</w:t>
            </w:r>
          </w:p>
        </w:tc>
        <w:tc>
          <w:tcPr>
            <w:tcW w:w="1728" w:type="dxa"/>
          </w:tcPr>
          <w:p w14:paraId="46202C40" w14:textId="77777777" w:rsidR="00D7549E" w:rsidRDefault="002C74E9">
            <w:r>
              <w:rPr>
                <w:sz w:val="18"/>
              </w:rPr>
              <w:t>-Екі аяқтап басты затқа тигізе отырып, жоғары қарай 2-3 метр қашықтықта алға қарай жылжи отырып, тұрған жерінен ұзындыққа секіру дағдыларын қалыптастыру.</w:t>
            </w:r>
          </w:p>
        </w:tc>
        <w:tc>
          <w:tcPr>
            <w:tcW w:w="1728" w:type="dxa"/>
          </w:tcPr>
          <w:p w14:paraId="5B4E7CE6" w14:textId="77777777" w:rsidR="00D7549E" w:rsidRDefault="002C74E9">
            <w:r>
              <w:rPr>
                <w:sz w:val="18"/>
              </w:rPr>
              <w:t>Гигиеналық шараларды орындау: жуыну, шашын тару, қолды сабынмен жуу, қол орамалды қолдану.</w:t>
            </w:r>
          </w:p>
        </w:tc>
        <w:tc>
          <w:tcPr>
            <w:tcW w:w="1728" w:type="dxa"/>
          </w:tcPr>
          <w:p w14:paraId="6D1A61BD" w14:textId="77777777" w:rsidR="00D7549E" w:rsidRDefault="002C74E9">
            <w:r>
              <w:rPr>
                <w:sz w:val="18"/>
              </w:rPr>
              <w:t>Денешынықтыру құралдарын, спорттық және қимылды ойындар үшін атрибуттарды пайдалануға ынталандыру.</w:t>
            </w:r>
          </w:p>
        </w:tc>
        <w:tc>
          <w:tcPr>
            <w:tcW w:w="1728" w:type="dxa"/>
          </w:tcPr>
          <w:p w14:paraId="282475DD" w14:textId="77777777" w:rsidR="00D7549E" w:rsidRDefault="002C74E9">
            <w:r>
              <w:rPr>
                <w:sz w:val="18"/>
              </w:rPr>
              <w:t>Денсаулық үшін гигиеналық шаралардың маңыздылығы туралы түсініктері қалыптасады.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жеке заттарын қолдану (бет орамал, сүлгі, тарақ).</w:t>
            </w:r>
          </w:p>
        </w:tc>
      </w:tr>
      <w:tr w:rsidR="00D7549E" w14:paraId="0295C939" w14:textId="77777777">
        <w:trPr>
          <w:jc w:val="center"/>
        </w:trPr>
        <w:tc>
          <w:tcPr>
            <w:tcW w:w="1728" w:type="dxa"/>
          </w:tcPr>
          <w:p w14:paraId="06312256" w14:textId="77777777" w:rsidR="00D7549E" w:rsidRDefault="002C74E9">
            <w:r>
              <w:rPr>
                <w:sz w:val="18"/>
              </w:rPr>
              <w:t>Коммуникативтік дағдылары</w:t>
            </w:r>
          </w:p>
        </w:tc>
        <w:tc>
          <w:tcPr>
            <w:tcW w:w="1728" w:type="dxa"/>
          </w:tcPr>
          <w:p w14:paraId="25FEFC8F" w14:textId="77777777" w:rsidR="00D7549E" w:rsidRDefault="002C74E9">
            <w:r>
              <w:rPr>
                <w:sz w:val="18"/>
              </w:rPr>
              <w:t>- Суреттердегі, заттарды қарастыруда, тірі және өлі табиғат нысандарын бақылау кезінде байланыстырып сөйлеу;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 xml:space="preserve">- Шағын тақпақтар мен өлеңдерді жаттығуға үйрету. Жіңішке сөздерді ажыратуға </w:t>
            </w:r>
            <w:r>
              <w:rPr>
                <w:sz w:val="18"/>
              </w:rPr>
              <w:lastRenderedPageBreak/>
              <w:t>үйрету.</w:t>
            </w:r>
          </w:p>
        </w:tc>
        <w:tc>
          <w:tcPr>
            <w:tcW w:w="1728" w:type="dxa"/>
          </w:tcPr>
          <w:p w14:paraId="422BC015" w14:textId="77777777" w:rsidR="00D7549E" w:rsidRDefault="002C74E9">
            <w:r>
              <w:rPr>
                <w:sz w:val="18"/>
              </w:rPr>
              <w:lastRenderedPageBreak/>
              <w:t>Ертегілерді айтып беруге үйрету, сөздік қорын байыту.</w:t>
            </w:r>
          </w:p>
        </w:tc>
        <w:tc>
          <w:tcPr>
            <w:tcW w:w="1728" w:type="dxa"/>
          </w:tcPr>
          <w:p w14:paraId="2374C012" w14:textId="77777777" w:rsidR="00D7549E" w:rsidRDefault="002C74E9">
            <w:r>
              <w:rPr>
                <w:sz w:val="18"/>
              </w:rPr>
              <w:t>Тілдік қарқынын өзгерту біліктерін бекіту. Артикуляциялық аппаратты одан әрі жетілдіру.</w:t>
            </w:r>
          </w:p>
        </w:tc>
        <w:tc>
          <w:tcPr>
            <w:tcW w:w="1728" w:type="dxa"/>
          </w:tcPr>
          <w:p w14:paraId="50F92F3B" w14:textId="77777777" w:rsidR="00D7549E" w:rsidRDefault="002C74E9">
            <w:r>
              <w:rPr>
                <w:sz w:val="18"/>
              </w:rPr>
              <w:t>Әдеби кейіпкерлердің әрекеттеріне өзінің көзқарасын білдіре алады.</w:t>
            </w:r>
          </w:p>
        </w:tc>
      </w:tr>
      <w:tr w:rsidR="00D7549E" w14:paraId="0C27CB9A" w14:textId="77777777">
        <w:trPr>
          <w:jc w:val="center"/>
        </w:trPr>
        <w:tc>
          <w:tcPr>
            <w:tcW w:w="1728" w:type="dxa"/>
          </w:tcPr>
          <w:p w14:paraId="47553A91" w14:textId="77777777" w:rsidR="00D7549E" w:rsidRDefault="002C74E9">
            <w:r>
              <w:rPr>
                <w:sz w:val="18"/>
              </w:rPr>
              <w:t>Танымдық және зияткерлік дағдылары</w:t>
            </w:r>
          </w:p>
        </w:tc>
        <w:tc>
          <w:tcPr>
            <w:tcW w:w="1728" w:type="dxa"/>
          </w:tcPr>
          <w:p w14:paraId="2BB4A29F" w14:textId="77777777" w:rsidR="00D7549E" w:rsidRDefault="002C74E9">
            <w:r>
              <w:rPr>
                <w:sz w:val="18"/>
              </w:rPr>
              <w:t>- Бөлмедегі заттарды ажырату және олардың санын анықтау;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Өлшемдері қарама-қарсы және бірдей заттарды салыстыруға үйрету.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- «Көп», «біреу», «бір-бірден», «бір де біреуі жоқ» ұғымдары туралы түсініктерін қалыптастыру.</w:t>
            </w:r>
          </w:p>
        </w:tc>
        <w:tc>
          <w:tcPr>
            <w:tcW w:w="1728" w:type="dxa"/>
          </w:tcPr>
          <w:p w14:paraId="4BCF855A" w14:textId="77777777" w:rsidR="00D7549E" w:rsidRDefault="002C74E9">
            <w:r>
              <w:rPr>
                <w:sz w:val="18"/>
              </w:rPr>
              <w:t>Командада жұмыс істей білуге үйрету, логикалық ойлауын дамыту.</w:t>
            </w:r>
          </w:p>
        </w:tc>
        <w:tc>
          <w:tcPr>
            <w:tcW w:w="1728" w:type="dxa"/>
          </w:tcPr>
          <w:p w14:paraId="733BB47E" w14:textId="77777777" w:rsidR="00D7549E" w:rsidRDefault="002C74E9">
            <w:r>
              <w:rPr>
                <w:sz w:val="18"/>
              </w:rPr>
              <w:t>Қағаздан «оригами» үлгісі бойынша қарапайым пішіндер құрастыруға үйрету.</w:t>
            </w:r>
          </w:p>
        </w:tc>
        <w:tc>
          <w:tcPr>
            <w:tcW w:w="1728" w:type="dxa"/>
          </w:tcPr>
          <w:p w14:paraId="54884E11" w14:textId="77777777" w:rsidR="00D7549E" w:rsidRDefault="002C74E9">
            <w:r>
              <w:rPr>
                <w:sz w:val="18"/>
              </w:rPr>
              <w:t>Тең және теңсіздік туралы ұғымдарды біледі, түстер мен пішіндерді ажыратады.</w:t>
            </w:r>
          </w:p>
        </w:tc>
      </w:tr>
      <w:tr w:rsidR="00D7549E" w14:paraId="06B414F8" w14:textId="77777777">
        <w:trPr>
          <w:jc w:val="center"/>
        </w:trPr>
        <w:tc>
          <w:tcPr>
            <w:tcW w:w="1728" w:type="dxa"/>
          </w:tcPr>
          <w:p w14:paraId="6DBA9C39" w14:textId="77777777" w:rsidR="00D7549E" w:rsidRDefault="002C74E9">
            <w:r>
              <w:rPr>
                <w:sz w:val="18"/>
              </w:rPr>
              <w:t>Шығармашылық дағдыларының, зерттеу іс-әрекетінің дамуы</w:t>
            </w:r>
          </w:p>
        </w:tc>
        <w:tc>
          <w:tcPr>
            <w:tcW w:w="1728" w:type="dxa"/>
          </w:tcPr>
          <w:p w14:paraId="2B082946" w14:textId="77777777" w:rsidR="00D7549E" w:rsidRDefault="002C74E9">
            <w:r>
              <w:rPr>
                <w:sz w:val="18"/>
              </w:rPr>
              <w:t>Қылқаламмен бояуда оны бояуға ақырын батыруды, алынған артық бояуды құтының шетіне қылқаламды ақырын басып, ағызып жіберіп бояуды үйрету. Мүсіндеу және заттардың бейнесін жасау.</w:t>
            </w:r>
          </w:p>
        </w:tc>
        <w:tc>
          <w:tcPr>
            <w:tcW w:w="1728" w:type="dxa"/>
          </w:tcPr>
          <w:p w14:paraId="732431ED" w14:textId="77777777" w:rsidR="00D7549E" w:rsidRDefault="002C74E9">
            <w:r>
              <w:rPr>
                <w:sz w:val="18"/>
              </w:rPr>
              <w:t>Қайшымен дұрыс жұмыс жасау дағдысын бекіту, шығармашылық қабілетін дамыту.</w:t>
            </w:r>
          </w:p>
        </w:tc>
        <w:tc>
          <w:tcPr>
            <w:tcW w:w="1728" w:type="dxa"/>
          </w:tcPr>
          <w:p w14:paraId="4E9C4696" w14:textId="77777777" w:rsidR="00D7549E" w:rsidRDefault="002C74E9">
            <w:r>
              <w:rPr>
                <w:sz w:val="18"/>
              </w:rPr>
              <w:t>Қоршаған ортадағы әсемдікті қабылдауға үйрету, өз бетінше сурет салу.</w:t>
            </w:r>
          </w:p>
        </w:tc>
        <w:tc>
          <w:tcPr>
            <w:tcW w:w="1728" w:type="dxa"/>
          </w:tcPr>
          <w:p w14:paraId="5C4CBB23" w14:textId="77777777" w:rsidR="00D7549E" w:rsidRDefault="002C74E9">
            <w:r>
              <w:rPr>
                <w:sz w:val="18"/>
              </w:rPr>
              <w:t>Қайшымен дұрыс жұмыс жасай алады, көркемдік жұмыстарды ұқыпты орындайды.</w:t>
            </w:r>
          </w:p>
        </w:tc>
      </w:tr>
      <w:tr w:rsidR="00D7549E" w14:paraId="3DD380C3" w14:textId="77777777">
        <w:trPr>
          <w:jc w:val="center"/>
        </w:trPr>
        <w:tc>
          <w:tcPr>
            <w:tcW w:w="1728" w:type="dxa"/>
          </w:tcPr>
          <w:p w14:paraId="45952D1C" w14:textId="77777777" w:rsidR="00D7549E" w:rsidRDefault="002C74E9">
            <w:r>
              <w:rPr>
                <w:sz w:val="18"/>
              </w:rPr>
              <w:t>Әлеуметтік-эмоционалды дағдыларды қалыптастыру</w:t>
            </w:r>
          </w:p>
        </w:tc>
        <w:tc>
          <w:tcPr>
            <w:tcW w:w="1728" w:type="dxa"/>
          </w:tcPr>
          <w:p w14:paraId="06F05BCC" w14:textId="77777777" w:rsidR="00D7549E" w:rsidRDefault="002C74E9">
            <w:r>
              <w:rPr>
                <w:sz w:val="18"/>
              </w:rPr>
              <w:t>Туған өлкенің кейбір өсімдіктері, көкөністері мен жемістері туралы түсініктерін қалыптастыру. Ағаштардың түрлерін танып, атауға үйрету.</w:t>
            </w:r>
          </w:p>
        </w:tc>
        <w:tc>
          <w:tcPr>
            <w:tcW w:w="1728" w:type="dxa"/>
          </w:tcPr>
          <w:p w14:paraId="4DFE65AB" w14:textId="77777777" w:rsidR="00D7549E" w:rsidRDefault="002C74E9">
            <w:r>
              <w:rPr>
                <w:sz w:val="18"/>
              </w:rPr>
              <w:t>Ересектердің еңбегі туралы білімдерін кеңейту, өзара сыйластыққа баулу.</w:t>
            </w:r>
          </w:p>
        </w:tc>
        <w:tc>
          <w:tcPr>
            <w:tcW w:w="1728" w:type="dxa"/>
          </w:tcPr>
          <w:p w14:paraId="338F32AE" w14:textId="77777777" w:rsidR="00D7549E" w:rsidRDefault="002C74E9">
            <w:r>
              <w:rPr>
                <w:sz w:val="18"/>
              </w:rPr>
              <w:t>Құрдастарымен сыпайы қарым-қатынас жасауға баулу, топпен ойнауды үйрету.</w:t>
            </w:r>
          </w:p>
        </w:tc>
        <w:tc>
          <w:tcPr>
            <w:tcW w:w="1728" w:type="dxa"/>
          </w:tcPr>
          <w:p w14:paraId="179803B9" w14:textId="77777777" w:rsidR="00D7549E" w:rsidRDefault="002C74E9">
            <w:r>
              <w:rPr>
                <w:sz w:val="18"/>
              </w:rPr>
              <w:t>Еңбек адамдарына және олардың еңбектерінің нәтижесіне құрмет көрсетеді, II деңгей (орташа/жоғары).</w:t>
            </w:r>
          </w:p>
        </w:tc>
      </w:tr>
    </w:tbl>
    <w:p w14:paraId="75FF8749" w14:textId="77777777" w:rsidR="002C74E9" w:rsidRDefault="002C74E9"/>
    <w:sectPr w:rsidR="002C74E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C74E9"/>
    <w:rsid w:val="00326F90"/>
    <w:rsid w:val="00545297"/>
    <w:rsid w:val="00754D88"/>
    <w:rsid w:val="00AA1D8D"/>
    <w:rsid w:val="00B47730"/>
    <w:rsid w:val="00CB0664"/>
    <w:rsid w:val="00D7549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CC4E44"/>
  <w14:defaultImageDpi w14:val="300"/>
  <w15:docId w15:val="{1573094C-19C8-4E88-BE90-AD38C3FC3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8932</Words>
  <Characters>50918</Characters>
  <Application>Microsoft Office Word</Application>
  <DocSecurity>0</DocSecurity>
  <Lines>424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59731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Acer</cp:lastModifiedBy>
  <cp:revision>4</cp:revision>
  <dcterms:created xsi:type="dcterms:W3CDTF">2013-12-23T23:15:00Z</dcterms:created>
  <dcterms:modified xsi:type="dcterms:W3CDTF">2026-08-22T19:35:00Z</dcterms:modified>
  <cp:category/>
</cp:coreProperties>
</file>